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3E81" w14:textId="77777777" w:rsidR="00C8266D" w:rsidRPr="00115AEE" w:rsidRDefault="002A79A3" w:rsidP="00115AEE">
      <w:pPr>
        <w:jc w:val="center"/>
        <w:rPr>
          <w:sz w:val="24"/>
          <w:szCs w:val="24"/>
        </w:rPr>
      </w:pPr>
      <w:r w:rsidRPr="00115AEE">
        <w:rPr>
          <w:b/>
          <w:sz w:val="24"/>
          <w:szCs w:val="24"/>
        </w:rPr>
        <w:t>CONCURSO PÚBLICO Nº 01/2026</w:t>
      </w:r>
    </w:p>
    <w:p w14:paraId="4DFCC51C" w14:textId="77777777" w:rsidR="00C8266D" w:rsidRPr="00115AEE" w:rsidRDefault="002A79A3">
      <w:pPr>
        <w:jc w:val="center"/>
        <w:rPr>
          <w:sz w:val="24"/>
          <w:szCs w:val="24"/>
        </w:rPr>
      </w:pPr>
      <w:r w:rsidRPr="00115AEE">
        <w:rPr>
          <w:b/>
          <w:sz w:val="24"/>
          <w:szCs w:val="24"/>
        </w:rPr>
        <w:t>PREFEITURA MUNICIPAL DE SÃO VALENTIM DO SUL – RS</w:t>
      </w:r>
    </w:p>
    <w:p w14:paraId="7522B2BD" w14:textId="2D9DB5F9" w:rsidR="00C8266D" w:rsidRPr="00115AEE" w:rsidRDefault="002A79A3">
      <w:pPr>
        <w:spacing w:after="160"/>
        <w:jc w:val="center"/>
        <w:rPr>
          <w:sz w:val="24"/>
          <w:szCs w:val="24"/>
        </w:rPr>
      </w:pPr>
      <w:r w:rsidRPr="00115AEE">
        <w:rPr>
          <w:b/>
          <w:sz w:val="24"/>
          <w:szCs w:val="24"/>
        </w:rPr>
        <w:t xml:space="preserve">GABARITO </w:t>
      </w:r>
      <w:r w:rsidR="00662581">
        <w:rPr>
          <w:b/>
          <w:sz w:val="24"/>
          <w:szCs w:val="24"/>
        </w:rPr>
        <w:t>DEFINITIVO</w:t>
      </w:r>
    </w:p>
    <w:p w14:paraId="4F2FE842" w14:textId="77777777" w:rsidR="00C8266D" w:rsidRPr="00115AEE" w:rsidRDefault="002A79A3">
      <w:pPr>
        <w:spacing w:after="440"/>
        <w:jc w:val="center"/>
        <w:rPr>
          <w:sz w:val="24"/>
          <w:szCs w:val="24"/>
        </w:rPr>
      </w:pPr>
      <w:r w:rsidRPr="00115AEE">
        <w:rPr>
          <w:b/>
          <w:sz w:val="24"/>
          <w:szCs w:val="24"/>
        </w:rPr>
        <w:t>Cargo: Almoxarife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7C672DFB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7BEDFF85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74707F75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AD6AC4F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389D0F78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</w:tr>
      <w:tr w:rsidR="00C8266D" w14:paraId="7AE795FE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BE9A7" w14:textId="77777777" w:rsidR="004935AE" w:rsidRDefault="00F62002">
            <w:pPr>
              <w:jc w:val="center"/>
            </w:pPr>
            <w: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F5BB2" w14:textId="77777777" w:rsidR="004935AE" w:rsidRDefault="00F62002">
            <w:pPr>
              <w:jc w:val="center"/>
            </w:pPr>
            <w: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DA610" w14:textId="77777777" w:rsidR="004935AE" w:rsidRDefault="00F62002">
            <w:pPr>
              <w:jc w:val="center"/>
            </w:pPr>
            <w: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88AF4" w14:textId="77777777" w:rsidR="004935AE" w:rsidRDefault="00F62002">
            <w:pPr>
              <w:jc w:val="center"/>
            </w:pPr>
            <w:r>
              <w:t>B</w:t>
            </w:r>
          </w:p>
        </w:tc>
      </w:tr>
      <w:tr w:rsidR="00C8266D" w14:paraId="5584D83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22BEF" w14:textId="77777777" w:rsidR="004935AE" w:rsidRDefault="00F62002">
            <w:pPr>
              <w:jc w:val="center"/>
            </w:pPr>
            <w: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C30A3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2BBA0" w14:textId="77777777" w:rsidR="004935AE" w:rsidRDefault="00F62002">
            <w:pPr>
              <w:jc w:val="center"/>
            </w:pPr>
            <w: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4BDDF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70D2B7D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6DB3E" w14:textId="77777777" w:rsidR="004935AE" w:rsidRDefault="00F62002">
            <w:pPr>
              <w:jc w:val="center"/>
            </w:pPr>
            <w: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5B4A3" w14:textId="77777777" w:rsidR="004935AE" w:rsidRDefault="00F62002">
            <w:pPr>
              <w:jc w:val="center"/>
            </w:pPr>
            <w: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FA642" w14:textId="77777777" w:rsidR="004935AE" w:rsidRDefault="00F62002">
            <w:pPr>
              <w:jc w:val="center"/>
            </w:pPr>
            <w: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A120A" w14:textId="77777777" w:rsidR="004935AE" w:rsidRDefault="00F62002">
            <w:pPr>
              <w:jc w:val="center"/>
            </w:pPr>
            <w:r>
              <w:t>B</w:t>
            </w:r>
          </w:p>
        </w:tc>
      </w:tr>
      <w:tr w:rsidR="00C8266D" w14:paraId="6C6D0C4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475E5" w14:textId="77777777" w:rsidR="004935AE" w:rsidRDefault="00F62002">
            <w:pPr>
              <w:jc w:val="center"/>
            </w:pPr>
            <w: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BBF82" w14:textId="77777777" w:rsidR="004935AE" w:rsidRDefault="00F62002">
            <w:pPr>
              <w:jc w:val="center"/>
            </w:pPr>
            <w: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EDEF3" w14:textId="77777777" w:rsidR="004935AE" w:rsidRDefault="00F62002">
            <w:pPr>
              <w:jc w:val="center"/>
            </w:pPr>
            <w: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C12E2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06527C8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D68D2" w14:textId="77777777" w:rsidR="004935AE" w:rsidRDefault="00F62002">
            <w:pPr>
              <w:jc w:val="center"/>
            </w:pPr>
            <w: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B1689" w14:textId="77777777" w:rsidR="004935AE" w:rsidRDefault="00F62002">
            <w:pPr>
              <w:jc w:val="center"/>
            </w:pPr>
            <w: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C3BDE" w14:textId="77777777" w:rsidR="004935AE" w:rsidRDefault="00F62002">
            <w:pPr>
              <w:jc w:val="center"/>
            </w:pPr>
            <w: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19308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063FF4E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F88EE" w14:textId="77777777" w:rsidR="004935AE" w:rsidRDefault="00F62002">
            <w:pPr>
              <w:jc w:val="center"/>
            </w:pPr>
            <w: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4D60C" w14:textId="77777777" w:rsidR="004935AE" w:rsidRDefault="00F62002">
            <w:pPr>
              <w:jc w:val="center"/>
            </w:pPr>
            <w: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45E0E" w14:textId="77777777" w:rsidR="004935AE" w:rsidRDefault="00F62002">
            <w:pPr>
              <w:jc w:val="center"/>
            </w:pPr>
            <w: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914CE" w14:textId="77777777" w:rsidR="004935AE" w:rsidRDefault="00F62002">
            <w:pPr>
              <w:jc w:val="center"/>
            </w:pPr>
            <w:r>
              <w:t>D</w:t>
            </w:r>
          </w:p>
        </w:tc>
      </w:tr>
      <w:tr w:rsidR="00C8266D" w14:paraId="6532BEF8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257F8" w14:textId="77777777" w:rsidR="004935AE" w:rsidRDefault="00F62002">
            <w:pPr>
              <w:jc w:val="center"/>
            </w:pPr>
            <w: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5A514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6ABDE3" w14:textId="77777777" w:rsidR="004935AE" w:rsidRDefault="00F62002">
            <w:pPr>
              <w:jc w:val="center"/>
            </w:pPr>
            <w: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3B48F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3D9D166E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51505" w14:textId="77777777" w:rsidR="004935AE" w:rsidRDefault="00F62002">
            <w:pPr>
              <w:jc w:val="center"/>
            </w:pPr>
            <w: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4545C" w14:textId="77777777" w:rsidR="004935AE" w:rsidRDefault="00F62002">
            <w:pPr>
              <w:jc w:val="center"/>
            </w:pPr>
            <w: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50458" w14:textId="77777777" w:rsidR="004935AE" w:rsidRDefault="00F62002">
            <w:pPr>
              <w:jc w:val="center"/>
            </w:pPr>
            <w: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48348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34A14CB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2596B" w14:textId="77777777" w:rsidR="004935AE" w:rsidRDefault="00F62002">
            <w:pPr>
              <w:jc w:val="center"/>
            </w:pPr>
            <w: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D4773" w14:textId="77777777" w:rsidR="004935AE" w:rsidRDefault="00F62002">
            <w:pPr>
              <w:jc w:val="center"/>
            </w:pPr>
            <w: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AB7A2" w14:textId="77777777" w:rsidR="004935AE" w:rsidRDefault="00F62002">
            <w:pPr>
              <w:jc w:val="center"/>
            </w:pPr>
            <w: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385D0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77A6DF6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9AFC6" w14:textId="77777777" w:rsidR="004935AE" w:rsidRDefault="00F62002">
            <w:pPr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912DA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4F974" w14:textId="77777777" w:rsidR="004935AE" w:rsidRDefault="00F62002">
            <w:pPr>
              <w:jc w:val="center"/>
            </w:pPr>
            <w: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2C330" w14:textId="77777777" w:rsidR="004935AE" w:rsidRDefault="00F62002">
            <w:pPr>
              <w:jc w:val="center"/>
            </w:pPr>
            <w:r>
              <w:t>D</w:t>
            </w:r>
          </w:p>
        </w:tc>
      </w:tr>
      <w:tr w:rsidR="00C8266D" w14:paraId="451BA64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65461" w14:textId="77777777" w:rsidR="004935AE" w:rsidRDefault="00F62002">
            <w:pPr>
              <w:jc w:val="center"/>
            </w:pPr>
            <w: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FE9C6" w14:textId="77777777" w:rsidR="004935AE" w:rsidRDefault="00F62002">
            <w:pPr>
              <w:jc w:val="center"/>
            </w:pPr>
            <w: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83748" w14:textId="77777777" w:rsidR="004935AE" w:rsidRDefault="00F62002">
            <w:pPr>
              <w:jc w:val="center"/>
            </w:pPr>
            <w: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1DA3A5" w14:textId="77777777" w:rsidR="004935AE" w:rsidRDefault="00F62002">
            <w:pPr>
              <w:jc w:val="center"/>
            </w:pPr>
            <w:r>
              <w:t>D</w:t>
            </w:r>
          </w:p>
        </w:tc>
      </w:tr>
      <w:tr w:rsidR="00C8266D" w14:paraId="226848B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74B4F" w14:textId="77777777" w:rsidR="004935AE" w:rsidRDefault="00F62002">
            <w:pPr>
              <w:jc w:val="center"/>
            </w:pPr>
            <w: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0FB28" w14:textId="77777777" w:rsidR="004935AE" w:rsidRDefault="00F62002">
            <w:pPr>
              <w:jc w:val="center"/>
            </w:pPr>
            <w: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FDEC3" w14:textId="77777777" w:rsidR="004935AE" w:rsidRDefault="00F62002">
            <w:pPr>
              <w:jc w:val="center"/>
            </w:pPr>
            <w: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19F48" w14:textId="77777777" w:rsidR="004935AE" w:rsidRDefault="00F62002">
            <w:pPr>
              <w:jc w:val="center"/>
            </w:pPr>
            <w:r>
              <w:t>B</w:t>
            </w:r>
          </w:p>
        </w:tc>
      </w:tr>
      <w:tr w:rsidR="00C8266D" w14:paraId="6296FCE0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ACA8F" w14:textId="77777777" w:rsidR="004935AE" w:rsidRDefault="00F62002">
            <w:pPr>
              <w:jc w:val="center"/>
            </w:pPr>
            <w: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99243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CE4AA" w14:textId="77777777" w:rsidR="004935AE" w:rsidRDefault="00F62002">
            <w:pPr>
              <w:jc w:val="center"/>
            </w:pPr>
            <w: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D1CD0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26991FF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008BF" w14:textId="77777777" w:rsidR="004935AE" w:rsidRDefault="00F62002">
            <w:pPr>
              <w:jc w:val="center"/>
            </w:pPr>
            <w: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C6C64" w14:textId="77777777" w:rsidR="004935AE" w:rsidRDefault="00F62002">
            <w:pPr>
              <w:jc w:val="center"/>
            </w:pPr>
            <w: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70C78" w14:textId="77777777" w:rsidR="004935AE" w:rsidRDefault="00F62002">
            <w:pPr>
              <w:jc w:val="center"/>
            </w:pPr>
            <w: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6571F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6F1899D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B5F07" w14:textId="77777777" w:rsidR="004935AE" w:rsidRDefault="00F62002">
            <w:pPr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980C3" w14:textId="77777777" w:rsidR="004935AE" w:rsidRDefault="00F62002">
            <w:pPr>
              <w:jc w:val="center"/>
            </w:pPr>
            <w: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D7DEC" w14:textId="77777777" w:rsidR="004935AE" w:rsidRDefault="00F62002">
            <w:pPr>
              <w:jc w:val="center"/>
            </w:pPr>
            <w: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14B2B6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4C818D5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320B5" w14:textId="77777777" w:rsidR="004935AE" w:rsidRDefault="00F62002">
            <w:pPr>
              <w:jc w:val="center"/>
            </w:pPr>
            <w: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A8882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3CB61" w14:textId="77777777" w:rsidR="004935AE" w:rsidRDefault="00F62002">
            <w:pPr>
              <w:jc w:val="center"/>
            </w:pPr>
            <w: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4E0E26" w14:textId="77777777" w:rsidR="004935AE" w:rsidRDefault="00F62002">
            <w:pPr>
              <w:jc w:val="center"/>
            </w:pPr>
            <w:r>
              <w:t>D</w:t>
            </w:r>
          </w:p>
        </w:tc>
      </w:tr>
      <w:tr w:rsidR="00C8266D" w14:paraId="02F8F31E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80BAA" w14:textId="77777777" w:rsidR="004935AE" w:rsidRDefault="00F62002">
            <w:pPr>
              <w:jc w:val="center"/>
            </w:pPr>
            <w: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4300E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464E0" w14:textId="77777777" w:rsidR="004935AE" w:rsidRDefault="00F62002">
            <w:pPr>
              <w:jc w:val="center"/>
            </w:pPr>
            <w: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EAC68" w14:textId="77777777" w:rsidR="004935AE" w:rsidRDefault="00F62002">
            <w:pPr>
              <w:jc w:val="center"/>
            </w:pPr>
            <w:r>
              <w:t>C</w:t>
            </w:r>
          </w:p>
        </w:tc>
      </w:tr>
      <w:tr w:rsidR="00C8266D" w14:paraId="764EDA2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37781" w14:textId="77777777" w:rsidR="004935AE" w:rsidRDefault="00F62002">
            <w:pPr>
              <w:jc w:val="center"/>
            </w:pPr>
            <w: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5C4CC8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A78FC" w14:textId="77777777" w:rsidR="004935AE" w:rsidRDefault="00F62002">
            <w:pPr>
              <w:jc w:val="center"/>
            </w:pPr>
            <w: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03DC6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4B4F7EE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3E282" w14:textId="77777777" w:rsidR="004935AE" w:rsidRDefault="00F62002">
            <w:pPr>
              <w:jc w:val="center"/>
            </w:pPr>
            <w: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5750F" w14:textId="77777777" w:rsidR="004935AE" w:rsidRDefault="00F62002">
            <w:pPr>
              <w:jc w:val="center"/>
            </w:pPr>
            <w: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8A681" w14:textId="77777777" w:rsidR="004935AE" w:rsidRDefault="00F62002">
            <w:pPr>
              <w:jc w:val="center"/>
            </w:pPr>
            <w: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865A1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2A264641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3F3E1" w14:textId="77777777" w:rsidR="004935AE" w:rsidRDefault="00F62002">
            <w:pPr>
              <w:jc w:val="center"/>
            </w:pPr>
            <w: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FCCAA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B6C01" w14:textId="77777777" w:rsidR="004935AE" w:rsidRDefault="00F62002">
            <w:pPr>
              <w:jc w:val="center"/>
            </w:pPr>
            <w: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3B1876" w14:textId="77777777" w:rsidR="004935AE" w:rsidRDefault="00F62002">
            <w:pPr>
              <w:jc w:val="center"/>
            </w:pPr>
            <w:r>
              <w:t>D</w:t>
            </w:r>
          </w:p>
        </w:tc>
      </w:tr>
    </w:tbl>
    <w:p w14:paraId="1961E7DC" w14:textId="2101DD58" w:rsidR="00C8266D" w:rsidRDefault="00C8266D" w:rsidP="00115AEE">
      <w:pPr>
        <w:spacing w:before="480"/>
      </w:pPr>
    </w:p>
    <w:sectPr w:rsidR="00C8266D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7CF27" w14:textId="77777777" w:rsidR="002703A9" w:rsidRDefault="002703A9" w:rsidP="002B3665">
      <w:pPr>
        <w:spacing w:after="0" w:line="240" w:lineRule="auto"/>
      </w:pPr>
      <w:r>
        <w:separator/>
      </w:r>
    </w:p>
  </w:endnote>
  <w:endnote w:type="continuationSeparator" w:id="0">
    <w:p w14:paraId="772FCABD" w14:textId="77777777" w:rsidR="002703A9" w:rsidRDefault="002703A9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BB91" w14:textId="77777777" w:rsidR="002703A9" w:rsidRDefault="002703A9" w:rsidP="002B3665">
      <w:pPr>
        <w:spacing w:after="0" w:line="240" w:lineRule="auto"/>
      </w:pPr>
      <w:r>
        <w:separator/>
      </w:r>
    </w:p>
  </w:footnote>
  <w:footnote w:type="continuationSeparator" w:id="0">
    <w:p w14:paraId="01FDADFC" w14:textId="77777777" w:rsidR="002703A9" w:rsidRDefault="002703A9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F5E88" w14:textId="77777777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A38173" wp14:editId="0BA9F8B0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2B63E99" wp14:editId="748C3212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AA4E0F" w14:textId="77777777" w:rsidR="002B3665" w:rsidRDefault="002B3665">
    <w:pPr>
      <w:pStyle w:val="Cabealho"/>
    </w:pPr>
  </w:p>
  <w:p w14:paraId="0981A0AB" w14:textId="77777777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5AEE"/>
    <w:rsid w:val="0015074B"/>
    <w:rsid w:val="002703A9"/>
    <w:rsid w:val="0029639D"/>
    <w:rsid w:val="002A79A3"/>
    <w:rsid w:val="002B3665"/>
    <w:rsid w:val="00326F90"/>
    <w:rsid w:val="004935AE"/>
    <w:rsid w:val="00662581"/>
    <w:rsid w:val="00AA1D8D"/>
    <w:rsid w:val="00B47730"/>
    <w:rsid w:val="00C8266D"/>
    <w:rsid w:val="00CB0664"/>
    <w:rsid w:val="00F620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5518A8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2</cp:revision>
  <dcterms:created xsi:type="dcterms:W3CDTF">2026-08-26T02:32:00Z</dcterms:created>
  <dcterms:modified xsi:type="dcterms:W3CDTF">2026-08-26T02:32:00Z</dcterms:modified>
  <cp:category/>
</cp:coreProperties>
</file>