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BC5E" w14:textId="77777777" w:rsidR="00C8266D" w:rsidRPr="00B526C2" w:rsidRDefault="002A79A3" w:rsidP="00B526C2">
      <w:pPr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>CONCURSO PÚBLICO Nº 01/2026</w:t>
      </w:r>
    </w:p>
    <w:p w14:paraId="40583A7D" w14:textId="77777777" w:rsidR="00C8266D" w:rsidRPr="00B526C2" w:rsidRDefault="002A79A3">
      <w:pPr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>PREFEITURA MUNICIPAL DE SÃO VALENTIM DO SUL – RS</w:t>
      </w:r>
    </w:p>
    <w:p w14:paraId="13C8AD2C" w14:textId="3680D13D" w:rsidR="00C8266D" w:rsidRPr="00B526C2" w:rsidRDefault="002A79A3">
      <w:pPr>
        <w:spacing w:after="160"/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 xml:space="preserve">GABARITO </w:t>
      </w:r>
      <w:r w:rsidR="00321990">
        <w:rPr>
          <w:b/>
          <w:sz w:val="24"/>
          <w:szCs w:val="24"/>
        </w:rPr>
        <w:t>DEFINITIVO</w:t>
      </w:r>
    </w:p>
    <w:p w14:paraId="14A829B5" w14:textId="77777777" w:rsidR="00C8266D" w:rsidRPr="00B526C2" w:rsidRDefault="002A79A3">
      <w:pPr>
        <w:spacing w:after="440"/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>Cargo: Odontólogo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01F6A9B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254CB7D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A0F3FDE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612101A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4E0070DD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</w:tr>
      <w:tr w:rsidR="00C8266D" w14:paraId="5507FDF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90294" w14:textId="77777777" w:rsidR="00AD0777" w:rsidRDefault="00CF39AA">
            <w:pPr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4DDB5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A2F8F" w14:textId="77777777" w:rsidR="00AD0777" w:rsidRDefault="00CF39AA">
            <w:pPr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F73BE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0576F969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7B511" w14:textId="77777777" w:rsidR="00AD0777" w:rsidRDefault="00CF39AA">
            <w:pPr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A2510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CD97D" w14:textId="77777777" w:rsidR="00AD0777" w:rsidRDefault="00CF39AA">
            <w:pPr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061DC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D1D573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AE55F" w14:textId="77777777" w:rsidR="00AD0777" w:rsidRDefault="00CF39AA">
            <w:pPr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E3825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C93A0" w14:textId="77777777" w:rsidR="00AD0777" w:rsidRDefault="00CF39AA">
            <w:pPr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80CBC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105FC51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6FD44" w14:textId="77777777" w:rsidR="00AD0777" w:rsidRDefault="00CF39AA">
            <w:pPr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F0D52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EC0C1" w14:textId="77777777" w:rsidR="00AD0777" w:rsidRDefault="00CF39AA">
            <w:pPr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58E45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2C33341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9870F" w14:textId="77777777" w:rsidR="00AD0777" w:rsidRDefault="00CF39AA">
            <w:pPr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F13A7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1D943" w14:textId="77777777" w:rsidR="00AD0777" w:rsidRDefault="00CF39AA">
            <w:pPr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8D93F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11B0DA20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2D124" w14:textId="77777777" w:rsidR="00AD0777" w:rsidRDefault="00CF39AA">
            <w:pPr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E2A0B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FCB46" w14:textId="77777777" w:rsidR="00AD0777" w:rsidRDefault="00CF39AA">
            <w:pPr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6301F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1B933A4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CAE54" w14:textId="77777777" w:rsidR="00AD0777" w:rsidRDefault="00CF39AA">
            <w:pPr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8A8E7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47E56" w14:textId="77777777" w:rsidR="00AD0777" w:rsidRDefault="00CF39AA">
            <w:pPr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F699B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3E71B0E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F5689" w14:textId="77777777" w:rsidR="00AD0777" w:rsidRDefault="00CF39AA">
            <w:pPr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7AE13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DBC61" w14:textId="77777777" w:rsidR="00AD0777" w:rsidRDefault="00CF39AA">
            <w:pPr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B0DF43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60A38A5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D7F04" w14:textId="77777777" w:rsidR="00AD0777" w:rsidRDefault="00CF39AA">
            <w:pPr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E8D26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9DCB2" w14:textId="77777777" w:rsidR="00AD0777" w:rsidRDefault="00CF39AA">
            <w:pPr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47619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9B290C7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E8C0F" w14:textId="77777777" w:rsidR="00AD0777" w:rsidRDefault="00CF39AA">
            <w:pPr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00998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CE6A8" w14:textId="77777777" w:rsidR="00AD0777" w:rsidRDefault="00CF39AA">
            <w:pPr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99E15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071ECC4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8F397" w14:textId="77777777" w:rsidR="00AD0777" w:rsidRDefault="00CF39AA">
            <w:pPr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5C4C4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A7609" w14:textId="77777777" w:rsidR="00AD0777" w:rsidRDefault="00CF39AA">
            <w:pPr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F013A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153F536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EF70A" w14:textId="77777777" w:rsidR="00AD0777" w:rsidRDefault="00CF39AA">
            <w:pPr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80629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13054" w14:textId="77777777" w:rsidR="00AD0777" w:rsidRDefault="00CF39AA">
            <w:pPr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7F3C3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6F93CEF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EC4BF" w14:textId="77777777" w:rsidR="00AD0777" w:rsidRDefault="00CF39AA">
            <w:pPr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EADAC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99AF7" w14:textId="77777777" w:rsidR="00AD0777" w:rsidRDefault="00CF39AA">
            <w:pPr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ADCC2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7D8258F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71D44" w14:textId="77777777" w:rsidR="00AD0777" w:rsidRDefault="00CF39AA">
            <w:pPr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A7D37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273B4" w14:textId="77777777" w:rsidR="00AD0777" w:rsidRDefault="00CF39AA">
            <w:pPr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DC098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10FD3A7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BDC17" w14:textId="77777777" w:rsidR="00AD0777" w:rsidRDefault="00CF39AA">
            <w:pPr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7289C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DC2BC" w14:textId="77777777" w:rsidR="00AD0777" w:rsidRDefault="00CF39AA">
            <w:pPr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48CE0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629CD8D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930A3" w14:textId="77777777" w:rsidR="00AD0777" w:rsidRDefault="00CF39AA">
            <w:pPr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BC0A6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A5535" w14:textId="77777777" w:rsidR="00AD0777" w:rsidRDefault="00CF39AA">
            <w:pPr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38EDF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50B07A39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7125C" w14:textId="77777777" w:rsidR="00AD0777" w:rsidRDefault="00CF39AA">
            <w:pPr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828FD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95C63" w14:textId="77777777" w:rsidR="00AD0777" w:rsidRDefault="00CF39AA">
            <w:pPr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9F9C9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52D0593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DAD42" w14:textId="77777777" w:rsidR="00AD0777" w:rsidRDefault="00CF39AA">
            <w:pPr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C7A91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6F25B" w14:textId="77777777" w:rsidR="00AD0777" w:rsidRDefault="00CF39AA">
            <w:pPr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C5332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30008C1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C5C38" w14:textId="77777777" w:rsidR="00AD0777" w:rsidRDefault="00CF39AA">
            <w:pPr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A88C3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D986E" w14:textId="77777777" w:rsidR="00AD0777" w:rsidRDefault="00CF39AA">
            <w:pPr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D638B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2F361A27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AF180" w14:textId="77777777" w:rsidR="00AD0777" w:rsidRDefault="00CF39AA">
            <w:pPr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F763E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C811F3" w14:textId="77777777" w:rsidR="00AD0777" w:rsidRDefault="00CF39AA">
            <w:pPr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5608F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</w:tbl>
    <w:p w14:paraId="49961997" w14:textId="038AE08D" w:rsidR="00C8266D" w:rsidRDefault="00C8266D" w:rsidP="00B526C2">
      <w:pPr>
        <w:spacing w:before="480"/>
      </w:pPr>
    </w:p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2F2D" w14:textId="77777777" w:rsidR="00E31643" w:rsidRDefault="00E31643" w:rsidP="002B3665">
      <w:pPr>
        <w:spacing w:after="0" w:line="240" w:lineRule="auto"/>
      </w:pPr>
      <w:r>
        <w:separator/>
      </w:r>
    </w:p>
  </w:endnote>
  <w:endnote w:type="continuationSeparator" w:id="0">
    <w:p w14:paraId="39198ECD" w14:textId="77777777" w:rsidR="00E31643" w:rsidRDefault="00E31643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ECA7" w14:textId="77777777" w:rsidR="00E31643" w:rsidRDefault="00E31643" w:rsidP="002B3665">
      <w:pPr>
        <w:spacing w:after="0" w:line="240" w:lineRule="auto"/>
      </w:pPr>
      <w:r>
        <w:separator/>
      </w:r>
    </w:p>
  </w:footnote>
  <w:footnote w:type="continuationSeparator" w:id="0">
    <w:p w14:paraId="0664AA1A" w14:textId="77777777" w:rsidR="00E31643" w:rsidRDefault="00E31643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C05D" w14:textId="77777777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1D5486" wp14:editId="40405CCA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0348F7F" wp14:editId="7B71B401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5B23D" w14:textId="77777777" w:rsidR="002B3665" w:rsidRDefault="002B3665">
    <w:pPr>
      <w:pStyle w:val="Cabealho"/>
    </w:pPr>
  </w:p>
  <w:p w14:paraId="1F638AC8" w14:textId="77777777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9A3"/>
    <w:rsid w:val="002B3665"/>
    <w:rsid w:val="00321990"/>
    <w:rsid w:val="00326F90"/>
    <w:rsid w:val="00AA1D8D"/>
    <w:rsid w:val="00AD0777"/>
    <w:rsid w:val="00B47730"/>
    <w:rsid w:val="00B526C2"/>
    <w:rsid w:val="00C8266D"/>
    <w:rsid w:val="00CB0664"/>
    <w:rsid w:val="00CF39AA"/>
    <w:rsid w:val="00E316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F165A9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2026-08-26T02:39:00Z</dcterms:created>
  <dcterms:modified xsi:type="dcterms:W3CDTF">2026-08-26T02:39:00Z</dcterms:modified>
  <cp:category/>
</cp:coreProperties>
</file>