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BC5E" w14:textId="77777777" w:rsidR="00C8266D" w:rsidRPr="00B526C2" w:rsidRDefault="002A79A3" w:rsidP="00B526C2">
      <w:pPr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CONCURSO PÚBLICO Nº 01/2026</w:t>
      </w:r>
    </w:p>
    <w:p w14:paraId="40583A7D" w14:textId="77777777" w:rsidR="00C8266D" w:rsidRPr="00B526C2" w:rsidRDefault="002A79A3">
      <w:pPr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PREFEITURA MUNICIPAL DE SÃO VALENTIM DO SUL – RS</w:t>
      </w:r>
    </w:p>
    <w:p w14:paraId="13C8AD2C" w14:textId="77777777" w:rsidR="00C8266D" w:rsidRPr="00B526C2" w:rsidRDefault="002A79A3">
      <w:pPr>
        <w:spacing w:after="160"/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GABARITO OFICIAL PRELIMINAR</w:t>
      </w:r>
    </w:p>
    <w:p w14:paraId="14A829B5" w14:textId="77777777" w:rsidR="00C8266D" w:rsidRPr="00B526C2" w:rsidRDefault="002A79A3">
      <w:pPr>
        <w:spacing w:after="440"/>
        <w:jc w:val="center"/>
        <w:rPr>
          <w:sz w:val="24"/>
          <w:szCs w:val="24"/>
        </w:rPr>
      </w:pPr>
      <w:r w:rsidRPr="00B526C2">
        <w:rPr>
          <w:b/>
          <w:sz w:val="24"/>
          <w:szCs w:val="24"/>
        </w:rPr>
        <w:t>Cargo: Odontólogo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01F6A9B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254CB7D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A0F3FDE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612101A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4E0070DD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5507FDF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90294" w14:textId="77777777" w:rsidR="00AD0777" w:rsidRDefault="00CF39AA">
            <w:pPr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4DDB5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A2F8F" w14:textId="77777777" w:rsidR="00AD0777" w:rsidRDefault="00CF39AA">
            <w:pPr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F73BE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0576F969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7B511" w14:textId="77777777" w:rsidR="00AD0777" w:rsidRDefault="00CF39AA">
            <w:pPr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A2510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CD97D" w14:textId="77777777" w:rsidR="00AD0777" w:rsidRDefault="00CF39AA">
            <w:pPr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061DC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D1D573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AE55F" w14:textId="77777777" w:rsidR="00AD0777" w:rsidRDefault="00CF39AA">
            <w:pPr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E3825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C93A0" w14:textId="77777777" w:rsidR="00AD0777" w:rsidRDefault="00CF39AA">
            <w:pPr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80CBC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105FC51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6FD44" w14:textId="77777777" w:rsidR="00AD0777" w:rsidRDefault="00CF39AA">
            <w:pPr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F0D52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EC0C1" w14:textId="77777777" w:rsidR="00AD0777" w:rsidRDefault="00CF39AA">
            <w:pPr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58E45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2C33341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9870F" w14:textId="77777777" w:rsidR="00AD0777" w:rsidRDefault="00CF39AA">
            <w:pPr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F13A7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1D943" w14:textId="77777777" w:rsidR="00AD0777" w:rsidRDefault="00CF39AA">
            <w:pPr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8D93F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11B0DA20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2D124" w14:textId="77777777" w:rsidR="00AD0777" w:rsidRDefault="00CF39AA">
            <w:pPr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E2A0B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9FCB46" w14:textId="77777777" w:rsidR="00AD0777" w:rsidRDefault="00CF39AA">
            <w:pPr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6301F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1B933A4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CAE54" w14:textId="77777777" w:rsidR="00AD0777" w:rsidRDefault="00CF39AA">
            <w:pPr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8A8E7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47E56" w14:textId="77777777" w:rsidR="00AD0777" w:rsidRDefault="00CF39AA">
            <w:pPr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F699B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3E71B0E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F5689" w14:textId="77777777" w:rsidR="00AD0777" w:rsidRDefault="00CF39AA">
            <w:pPr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7AE13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DBC61" w14:textId="77777777" w:rsidR="00AD0777" w:rsidRDefault="00CF39AA">
            <w:pPr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B0DF43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60A38A5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D7F04" w14:textId="77777777" w:rsidR="00AD0777" w:rsidRDefault="00CF39AA">
            <w:pPr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E8D26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9DCB2" w14:textId="77777777" w:rsidR="00AD0777" w:rsidRDefault="00CF39AA">
            <w:pPr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47619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9B290C7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E8C0F" w14:textId="77777777" w:rsidR="00AD0777" w:rsidRDefault="00CF39AA">
            <w:pPr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00998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CE6A8" w14:textId="77777777" w:rsidR="00AD0777" w:rsidRDefault="00CF39AA">
            <w:pPr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99E15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071ECC4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8F397" w14:textId="77777777" w:rsidR="00AD0777" w:rsidRDefault="00CF39AA">
            <w:pPr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5C4C4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A7609" w14:textId="77777777" w:rsidR="00AD0777" w:rsidRDefault="00CF39AA">
            <w:pPr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F013A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153F536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EF70A" w14:textId="77777777" w:rsidR="00AD0777" w:rsidRDefault="00CF39AA">
            <w:pPr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80629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13054" w14:textId="77777777" w:rsidR="00AD0777" w:rsidRDefault="00CF39AA">
            <w:pPr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7F3C3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6F93CEF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EC4BF" w14:textId="77777777" w:rsidR="00AD0777" w:rsidRDefault="00CF39AA">
            <w:pPr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EADAC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99AF7" w14:textId="77777777" w:rsidR="00AD0777" w:rsidRDefault="00CF39AA">
            <w:pPr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ADCC2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7D8258F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71D44" w14:textId="77777777" w:rsidR="00AD0777" w:rsidRDefault="00CF39AA">
            <w:pPr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A7D37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273B4" w14:textId="77777777" w:rsidR="00AD0777" w:rsidRDefault="00CF39AA">
            <w:pPr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DC098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0FD3A7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BDC17" w14:textId="77777777" w:rsidR="00AD0777" w:rsidRDefault="00CF39AA">
            <w:pPr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7289C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BDC2BC" w14:textId="77777777" w:rsidR="00AD0777" w:rsidRDefault="00CF39AA">
            <w:pPr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8CE0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629CD8D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930A3" w14:textId="77777777" w:rsidR="00AD0777" w:rsidRDefault="00CF39AA">
            <w:pPr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BC0A6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A5535" w14:textId="77777777" w:rsidR="00AD0777" w:rsidRDefault="00CF39AA">
            <w:pPr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38EDF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50B07A39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7125C" w14:textId="77777777" w:rsidR="00AD0777" w:rsidRDefault="00CF39AA">
            <w:pPr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828FD" w14:textId="77777777" w:rsidR="00AD0777" w:rsidRDefault="00CF39AA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95C63" w14:textId="77777777" w:rsidR="00AD0777" w:rsidRDefault="00CF39AA">
            <w:pPr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B9F9C9" w14:textId="77777777" w:rsidR="00AD0777" w:rsidRDefault="00CF39AA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52D0593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DAD42" w14:textId="77777777" w:rsidR="00AD0777" w:rsidRDefault="00CF39AA">
            <w:pPr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C7A91" w14:textId="77777777" w:rsidR="00AD0777" w:rsidRDefault="00CF39AA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6F25B" w14:textId="77777777" w:rsidR="00AD0777" w:rsidRDefault="00CF39AA">
            <w:pPr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C5332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30008C1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C5C38" w14:textId="77777777" w:rsidR="00AD0777" w:rsidRDefault="00CF39AA">
            <w:pPr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A88C3" w14:textId="77777777" w:rsidR="00AD0777" w:rsidRDefault="00CF39AA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D986E" w14:textId="77777777" w:rsidR="00AD0777" w:rsidRDefault="00CF39AA">
            <w:pPr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D638B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2F361A27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AF180" w14:textId="77777777" w:rsidR="00AD0777" w:rsidRDefault="00CF39AA">
            <w:pPr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F763E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C811F3" w14:textId="77777777" w:rsidR="00AD0777" w:rsidRDefault="00CF39AA">
            <w:pPr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5608F" w14:textId="77777777" w:rsidR="00AD0777" w:rsidRDefault="00CF39AA">
            <w:pPr>
              <w:jc w:val="center"/>
            </w:pPr>
            <w:r>
              <w:rPr>
                <w:sz w:val="21"/>
              </w:rPr>
              <w:t>D</w:t>
            </w:r>
          </w:p>
        </w:tc>
      </w:tr>
    </w:tbl>
    <w:p w14:paraId="49961997" w14:textId="038AE08D" w:rsidR="00C8266D" w:rsidRDefault="00C8266D" w:rsidP="00B526C2">
      <w:pPr>
        <w:spacing w:before="480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6640" w14:textId="77777777" w:rsidR="00CF39AA" w:rsidRDefault="00CF39AA" w:rsidP="002B3665">
      <w:pPr>
        <w:spacing w:after="0" w:line="240" w:lineRule="auto"/>
      </w:pPr>
      <w:r>
        <w:separator/>
      </w:r>
    </w:p>
  </w:endnote>
  <w:endnote w:type="continuationSeparator" w:id="0">
    <w:p w14:paraId="51C5E57A" w14:textId="77777777" w:rsidR="00CF39AA" w:rsidRDefault="00CF39AA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6E5BA" w14:textId="77777777" w:rsidR="00CF39AA" w:rsidRDefault="00CF39AA" w:rsidP="002B3665">
      <w:pPr>
        <w:spacing w:after="0" w:line="240" w:lineRule="auto"/>
      </w:pPr>
      <w:r>
        <w:separator/>
      </w:r>
    </w:p>
  </w:footnote>
  <w:footnote w:type="continuationSeparator" w:id="0">
    <w:p w14:paraId="16578682" w14:textId="77777777" w:rsidR="00CF39AA" w:rsidRDefault="00CF39AA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C05D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1D5486" wp14:editId="40405CCA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0348F7F" wp14:editId="7B71B401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5B23D" w14:textId="77777777" w:rsidR="002B3665" w:rsidRDefault="002B3665">
    <w:pPr>
      <w:pStyle w:val="Cabealho"/>
    </w:pPr>
  </w:p>
  <w:p w14:paraId="1F638AC8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79A3"/>
    <w:rsid w:val="002B3665"/>
    <w:rsid w:val="00326F90"/>
    <w:rsid w:val="00AA1D8D"/>
    <w:rsid w:val="00AD0777"/>
    <w:rsid w:val="00B47730"/>
    <w:rsid w:val="00B526C2"/>
    <w:rsid w:val="00C8266D"/>
    <w:rsid w:val="00CB0664"/>
    <w:rsid w:val="00CF39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F165A9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4</cp:revision>
  <dcterms:created xsi:type="dcterms:W3CDTF">2013-12-23T23:15:00Z</dcterms:created>
  <dcterms:modified xsi:type="dcterms:W3CDTF">2026-08-14T12:27:00Z</dcterms:modified>
  <cp:category/>
</cp:coreProperties>
</file>