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26EEE" w14:textId="77777777" w:rsidR="002B3665" w:rsidRDefault="002B3665">
      <w:pPr>
        <w:jc w:val="center"/>
        <w:rPr>
          <w:b/>
          <w:sz w:val="32"/>
        </w:rPr>
      </w:pPr>
    </w:p>
    <w:p w14:paraId="78302768" w14:textId="2C79893B" w:rsidR="00C8266D" w:rsidRDefault="002A79A3">
      <w:pPr>
        <w:jc w:val="center"/>
      </w:pPr>
      <w:r>
        <w:rPr>
          <w:b/>
          <w:sz w:val="32"/>
        </w:rPr>
        <w:t>CONCURSO PÚBLICO Nº 01/2026</w:t>
      </w:r>
    </w:p>
    <w:p w14:paraId="6A64C63A" w14:textId="77777777" w:rsidR="00C8266D" w:rsidRDefault="002A79A3">
      <w:pPr>
        <w:jc w:val="center"/>
      </w:pPr>
      <w:r>
        <w:rPr>
          <w:b/>
          <w:sz w:val="30"/>
        </w:rPr>
        <w:t>PREFEITURA MUNICIPAL DE SÃO VALENTIM DO SUL – RS</w:t>
      </w:r>
    </w:p>
    <w:p w14:paraId="37158C3E" w14:textId="77777777" w:rsidR="00C8266D" w:rsidRDefault="002A79A3">
      <w:pPr>
        <w:spacing w:after="160"/>
        <w:jc w:val="center"/>
      </w:pPr>
      <w:r>
        <w:rPr>
          <w:b/>
          <w:sz w:val="36"/>
        </w:rPr>
        <w:t>GABARITO OFICIAL PRELIMINAR</w:t>
      </w:r>
    </w:p>
    <w:p w14:paraId="50B1F2F3" w14:textId="77777777" w:rsidR="00C8266D" w:rsidRDefault="002A79A3">
      <w:pPr>
        <w:spacing w:after="440"/>
        <w:jc w:val="center"/>
      </w:pPr>
      <w:r>
        <w:rPr>
          <w:b/>
          <w:sz w:val="28"/>
        </w:rPr>
        <w:t>Cargo: Monitor de Educação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C8266D" w14:paraId="071FCEDA" w14:textId="77777777">
        <w:trPr>
          <w:trHeight w:val="295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55C2389B" w14:textId="77777777" w:rsidR="00C8266D" w:rsidRDefault="002A79A3">
            <w:pPr>
              <w:spacing w:after="0" w:before="0"/>
              <w:jc w:val="center"/>
            </w:pPr>
            <w:r>
              <w:rPr>
                <w:b/>
                <w:sz w:val="21"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7027478" w14:textId="77777777" w:rsidR="00C8266D" w:rsidRDefault="002A79A3">
            <w:pPr>
              <w:spacing w:after="0" w:before="0"/>
              <w:jc w:val="center"/>
            </w:pPr>
            <w:r>
              <w:rPr>
                <w:b/>
                <w:sz w:val="21"/>
              </w:rPr>
              <w:t>Resposta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543AD11F" w14:textId="77777777" w:rsidR="00C8266D" w:rsidRDefault="002A79A3">
            <w:pPr>
              <w:spacing w:after="0" w:before="0"/>
              <w:jc w:val="center"/>
            </w:pPr>
            <w:r>
              <w:rPr>
                <w:b/>
                <w:sz w:val="21"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6F756E92" w14:textId="77777777" w:rsidR="00C8266D" w:rsidRDefault="002A79A3">
            <w:pPr>
              <w:spacing w:after="0" w:before="0"/>
              <w:jc w:val="center"/>
            </w:pPr>
            <w:r>
              <w:rPr>
                <w:b/>
                <w:sz w:val="21"/>
              </w:rPr>
              <w:t>Resposta</w:t>
            </w:r>
          </w:p>
        </w:tc>
      </w:tr>
      <w:tr w:rsidR="00C8266D" w14:paraId="3BF2331F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01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194EE915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02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2AEEB8F0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03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35761EB1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04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24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0BF100E4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05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25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4A61E199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06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26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5B484095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07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27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4F5F4F24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08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28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7825604B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09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29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6E55A515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30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1A5A61ED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11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31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7CA962EA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12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32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39AADE43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13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33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0F71D18F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14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34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6A3C4AAA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15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35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4E101ABC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16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36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7DA48CB5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17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37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1B009E73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18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38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605D1BB8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19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39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12F91D82" w14:textId="77777777">
        <w:trPr>
          <w:trHeight w:val="283" w:hRule="exact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20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40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sz w:val="21"/>
              </w:rPr>
              <w:t>C</w:t>
            </w:r>
          </w:p>
        </w:tc>
      </w:tr>
    </w:tbl>
    <w:sectPr w:rsidR="00C8266D" w:rsidSect="00034616">
      <w:headerReference w:type="default" r:id="rId8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DF1A3" w14:textId="77777777" w:rsidR="002A79A3" w:rsidRDefault="002A79A3" w:rsidP="002B3665">
      <w:pPr>
        <w:spacing w:after="0" w:line="240" w:lineRule="auto"/>
      </w:pPr>
      <w:r>
        <w:separator/>
      </w:r>
    </w:p>
  </w:endnote>
  <w:endnote w:type="continuationSeparator" w:id="0">
    <w:p w14:paraId="3768FF5E" w14:textId="77777777" w:rsidR="002A79A3" w:rsidRDefault="002A79A3" w:rsidP="002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1F743" w14:textId="77777777" w:rsidR="002A79A3" w:rsidRDefault="002A79A3" w:rsidP="002B3665">
      <w:pPr>
        <w:spacing w:after="0" w:line="240" w:lineRule="auto"/>
      </w:pPr>
      <w:r>
        <w:separator/>
      </w:r>
    </w:p>
  </w:footnote>
  <w:footnote w:type="continuationSeparator" w:id="0">
    <w:p w14:paraId="7A45DBC8" w14:textId="77777777" w:rsidR="002A79A3" w:rsidRDefault="002A79A3" w:rsidP="002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8B90" w14:textId="6F1199CA" w:rsidR="002B3665" w:rsidRDefault="002B36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B2795A" wp14:editId="56C2C29C">
          <wp:simplePos x="0" y="0"/>
          <wp:positionH relativeFrom="column">
            <wp:posOffset>6076950</wp:posOffset>
          </wp:positionH>
          <wp:positionV relativeFrom="paragraph">
            <wp:posOffset>-289560</wp:posOffset>
          </wp:positionV>
          <wp:extent cx="571500" cy="70929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24FA18A" wp14:editId="3DE874CC">
          <wp:simplePos x="0" y="0"/>
          <wp:positionH relativeFrom="column">
            <wp:posOffset>-468630</wp:posOffset>
          </wp:positionH>
          <wp:positionV relativeFrom="paragraph">
            <wp:posOffset>-358140</wp:posOffset>
          </wp:positionV>
          <wp:extent cx="1104900" cy="736600"/>
          <wp:effectExtent l="0" t="0" r="0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4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0CB0F" w14:textId="77777777" w:rsidR="002B3665" w:rsidRDefault="002B3665">
    <w:pPr>
      <w:pStyle w:val="Cabealho"/>
    </w:pPr>
  </w:p>
  <w:p w14:paraId="300061F0" w14:textId="71DE1DFA" w:rsidR="002B3665" w:rsidRDefault="002B36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79A3"/>
    <w:rsid w:val="002B3665"/>
    <w:rsid w:val="00326F90"/>
    <w:rsid w:val="00AA1D8D"/>
    <w:rsid w:val="00B47730"/>
    <w:rsid w:val="00C8266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21FD84"/>
  <w14:defaultImageDpi w14:val="300"/>
  <w15:docId w15:val="{B8927080-5666-481E-AF33-1CE7F4D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2</cp:revision>
  <dcterms:created xsi:type="dcterms:W3CDTF">2013-12-23T23:15:00Z</dcterms:created>
  <dcterms:modified xsi:type="dcterms:W3CDTF">2026-08-11T18:29:00Z</dcterms:modified>
  <cp:category/>
</cp:coreProperties>
</file>