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3E81" w14:textId="77777777" w:rsidR="00C8266D" w:rsidRPr="00115AEE" w:rsidRDefault="002A79A3" w:rsidP="00115AEE">
      <w:pPr>
        <w:jc w:val="center"/>
        <w:rPr>
          <w:sz w:val="24"/>
          <w:szCs w:val="24"/>
        </w:rPr>
      </w:pPr>
      <w:r w:rsidRPr="00115AEE">
        <w:rPr>
          <w:b/>
          <w:sz w:val="24"/>
          <w:szCs w:val="24"/>
        </w:rPr>
        <w:t>CONCURSO PÚBLICO Nº 01/2026</w:t>
      </w:r>
    </w:p>
    <w:p w14:paraId="4DFCC51C" w14:textId="77777777" w:rsidR="00C8266D" w:rsidRPr="00115AEE" w:rsidRDefault="002A79A3">
      <w:pPr>
        <w:jc w:val="center"/>
        <w:rPr>
          <w:sz w:val="24"/>
          <w:szCs w:val="24"/>
        </w:rPr>
      </w:pPr>
      <w:r w:rsidRPr="00115AEE">
        <w:rPr>
          <w:b/>
          <w:sz w:val="24"/>
          <w:szCs w:val="24"/>
        </w:rPr>
        <w:t>PREFEITURA MUNICIPAL DE SÃO VALENTIM DO SUL – RS</w:t>
      </w:r>
    </w:p>
    <w:p w14:paraId="7522B2BD" w14:textId="77777777" w:rsidR="00C8266D" w:rsidRPr="00115AEE" w:rsidRDefault="002A79A3">
      <w:pPr>
        <w:spacing w:after="160"/>
        <w:jc w:val="center"/>
        <w:rPr>
          <w:sz w:val="24"/>
          <w:szCs w:val="24"/>
        </w:rPr>
      </w:pPr>
      <w:r w:rsidRPr="00115AEE">
        <w:rPr>
          <w:b/>
          <w:sz w:val="24"/>
          <w:szCs w:val="24"/>
        </w:rPr>
        <w:t>GABARITO OFICIAL PRELIMINAR</w:t>
      </w:r>
    </w:p>
    <w:p w14:paraId="4F2FE842" w14:textId="77777777" w:rsidR="00C8266D" w:rsidRPr="00115AEE" w:rsidRDefault="002A79A3">
      <w:pPr>
        <w:spacing w:after="440"/>
        <w:jc w:val="center"/>
        <w:rPr>
          <w:sz w:val="24"/>
          <w:szCs w:val="24"/>
        </w:rPr>
      </w:pPr>
      <w:r w:rsidRPr="00115AEE">
        <w:rPr>
          <w:b/>
          <w:sz w:val="24"/>
          <w:szCs w:val="24"/>
        </w:rPr>
        <w:t>Cargo: Almoxarife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</w:tblGrid>
      <w:tr w:rsidR="00C8266D" w14:paraId="7C672DFB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7BEDFF85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74707F75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1AD6AC4F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389D0F78" w14:textId="77777777" w:rsidR="00C8266D" w:rsidRDefault="002A79A3">
            <w:pPr>
              <w:spacing w:after="0"/>
              <w:jc w:val="center"/>
            </w:pPr>
            <w:r>
              <w:rPr>
                <w:b/>
              </w:rPr>
              <w:t>Resposta</w:t>
            </w:r>
          </w:p>
        </w:tc>
      </w:tr>
      <w:tr w:rsidR="00C8266D" w14:paraId="7AE795FE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BE9A7" w14:textId="77777777" w:rsidR="004935AE" w:rsidRDefault="00F62002">
            <w:pPr>
              <w:jc w:val="center"/>
            </w:pPr>
            <w:r>
              <w:t>01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1F5BB2" w14:textId="77777777" w:rsidR="004935AE" w:rsidRDefault="00F62002">
            <w:pPr>
              <w:jc w:val="center"/>
            </w:pPr>
            <w: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0DA610" w14:textId="77777777" w:rsidR="004935AE" w:rsidRDefault="00F62002">
            <w:pPr>
              <w:jc w:val="center"/>
            </w:pPr>
            <w:r>
              <w:t>21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A88AF4" w14:textId="77777777" w:rsidR="004935AE" w:rsidRDefault="00F62002">
            <w:pPr>
              <w:jc w:val="center"/>
            </w:pPr>
            <w:r>
              <w:t>B</w:t>
            </w:r>
          </w:p>
        </w:tc>
      </w:tr>
      <w:tr w:rsidR="00C8266D" w14:paraId="5584D832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22BEF" w14:textId="77777777" w:rsidR="004935AE" w:rsidRDefault="00F62002">
            <w:pPr>
              <w:jc w:val="center"/>
            </w:pPr>
            <w:r>
              <w:t>02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C30A3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B2BBA0" w14:textId="77777777" w:rsidR="004935AE" w:rsidRDefault="00F62002">
            <w:pPr>
              <w:jc w:val="center"/>
            </w:pPr>
            <w:r>
              <w:t>22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4BDDF" w14:textId="77777777" w:rsidR="004935AE" w:rsidRDefault="00F62002">
            <w:pPr>
              <w:jc w:val="center"/>
            </w:pPr>
            <w:r>
              <w:t>A</w:t>
            </w:r>
          </w:p>
        </w:tc>
      </w:tr>
      <w:tr w:rsidR="00C8266D" w14:paraId="70D2B7DC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66DB3E" w14:textId="77777777" w:rsidR="004935AE" w:rsidRDefault="00F62002">
            <w:pPr>
              <w:jc w:val="center"/>
            </w:pPr>
            <w:r>
              <w:t>03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F5B4A3" w14:textId="77777777" w:rsidR="004935AE" w:rsidRDefault="00F62002">
            <w:pPr>
              <w:jc w:val="center"/>
            </w:pPr>
            <w: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1FA642" w14:textId="77777777" w:rsidR="004935AE" w:rsidRDefault="00F62002">
            <w:pPr>
              <w:jc w:val="center"/>
            </w:pPr>
            <w:r>
              <w:t>23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A120A" w14:textId="77777777" w:rsidR="004935AE" w:rsidRDefault="00F62002">
            <w:pPr>
              <w:jc w:val="center"/>
            </w:pPr>
            <w:r>
              <w:t>B</w:t>
            </w:r>
          </w:p>
        </w:tc>
      </w:tr>
      <w:tr w:rsidR="00C8266D" w14:paraId="6C6D0C4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E475E5" w14:textId="77777777" w:rsidR="004935AE" w:rsidRDefault="00F62002">
            <w:pPr>
              <w:jc w:val="center"/>
            </w:pPr>
            <w:r>
              <w:t>04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8BBF82" w14:textId="77777777" w:rsidR="004935AE" w:rsidRDefault="00F62002">
            <w:pPr>
              <w:jc w:val="center"/>
            </w:pPr>
            <w: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3EDEF3" w14:textId="77777777" w:rsidR="004935AE" w:rsidRDefault="00F62002">
            <w:pPr>
              <w:jc w:val="center"/>
            </w:pPr>
            <w:r>
              <w:t>24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FC12E2" w14:textId="77777777" w:rsidR="004935AE" w:rsidRDefault="00F62002">
            <w:pPr>
              <w:jc w:val="center"/>
            </w:pPr>
            <w:r>
              <w:t>A</w:t>
            </w:r>
          </w:p>
        </w:tc>
      </w:tr>
      <w:tr w:rsidR="00C8266D" w14:paraId="06527C84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7D68D2" w14:textId="77777777" w:rsidR="004935AE" w:rsidRDefault="00F62002">
            <w:pPr>
              <w:jc w:val="center"/>
            </w:pPr>
            <w:r>
              <w:t>05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2B1689" w14:textId="77777777" w:rsidR="004935AE" w:rsidRDefault="00F62002">
            <w:pPr>
              <w:jc w:val="center"/>
            </w:pPr>
            <w: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0C3BDE" w14:textId="77777777" w:rsidR="004935AE" w:rsidRDefault="00F62002">
            <w:pPr>
              <w:jc w:val="center"/>
            </w:pPr>
            <w:r>
              <w:t>25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19308" w14:textId="77777777" w:rsidR="004935AE" w:rsidRDefault="00F62002">
            <w:pPr>
              <w:jc w:val="center"/>
            </w:pPr>
            <w:r>
              <w:t>E</w:t>
            </w:r>
          </w:p>
        </w:tc>
      </w:tr>
      <w:tr w:rsidR="00C8266D" w14:paraId="063FF4E3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7F88EE" w14:textId="77777777" w:rsidR="004935AE" w:rsidRDefault="00F62002">
            <w:pPr>
              <w:jc w:val="center"/>
            </w:pPr>
            <w:r>
              <w:t>06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B4D60C" w14:textId="77777777" w:rsidR="004935AE" w:rsidRDefault="00F62002">
            <w:pPr>
              <w:jc w:val="center"/>
            </w:pPr>
            <w: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845E0E" w14:textId="77777777" w:rsidR="004935AE" w:rsidRDefault="00F62002">
            <w:pPr>
              <w:jc w:val="center"/>
            </w:pPr>
            <w:r>
              <w:t>26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1914CE" w14:textId="77777777" w:rsidR="004935AE" w:rsidRDefault="00F62002">
            <w:pPr>
              <w:jc w:val="center"/>
            </w:pPr>
            <w:r>
              <w:t>D</w:t>
            </w:r>
          </w:p>
        </w:tc>
      </w:tr>
      <w:tr w:rsidR="00C8266D" w14:paraId="6532BEF8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A257F8" w14:textId="77777777" w:rsidR="004935AE" w:rsidRDefault="00F62002">
            <w:pPr>
              <w:jc w:val="center"/>
            </w:pPr>
            <w:r>
              <w:t>07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15A514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6ABDE3" w14:textId="77777777" w:rsidR="004935AE" w:rsidRDefault="00F62002">
            <w:pPr>
              <w:jc w:val="center"/>
            </w:pPr>
            <w:r>
              <w:t>27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03B48F" w14:textId="77777777" w:rsidR="004935AE" w:rsidRDefault="00F62002">
            <w:pPr>
              <w:jc w:val="center"/>
            </w:pPr>
            <w:r>
              <w:t>A</w:t>
            </w:r>
          </w:p>
        </w:tc>
      </w:tr>
      <w:tr w:rsidR="00C8266D" w14:paraId="3D9D166E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D51505" w14:textId="77777777" w:rsidR="004935AE" w:rsidRDefault="00F62002">
            <w:pPr>
              <w:jc w:val="center"/>
            </w:pPr>
            <w:r>
              <w:t>08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94545C" w14:textId="77777777" w:rsidR="004935AE" w:rsidRDefault="00F62002">
            <w:pPr>
              <w:jc w:val="center"/>
            </w:pPr>
            <w: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750458" w14:textId="77777777" w:rsidR="004935AE" w:rsidRDefault="00F62002">
            <w:pPr>
              <w:jc w:val="center"/>
            </w:pPr>
            <w:r>
              <w:t>28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48348" w14:textId="77777777" w:rsidR="004935AE" w:rsidRDefault="00F62002">
            <w:pPr>
              <w:jc w:val="center"/>
            </w:pPr>
            <w:r>
              <w:t>E</w:t>
            </w:r>
          </w:p>
        </w:tc>
      </w:tr>
      <w:tr w:rsidR="00C8266D" w14:paraId="34A14CBD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72596B" w14:textId="77777777" w:rsidR="004935AE" w:rsidRDefault="00F62002">
            <w:pPr>
              <w:jc w:val="center"/>
            </w:pPr>
            <w:r>
              <w:t>09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DD4773" w14:textId="77777777" w:rsidR="004935AE" w:rsidRDefault="00F62002">
            <w:pPr>
              <w:jc w:val="center"/>
            </w:pPr>
            <w: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0AB7A2" w14:textId="77777777" w:rsidR="004935AE" w:rsidRDefault="00F62002">
            <w:pPr>
              <w:jc w:val="center"/>
            </w:pPr>
            <w:r>
              <w:t>29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3385D0" w14:textId="77777777" w:rsidR="004935AE" w:rsidRDefault="00F62002">
            <w:pPr>
              <w:jc w:val="center"/>
            </w:pPr>
            <w:r>
              <w:t>A</w:t>
            </w:r>
          </w:p>
        </w:tc>
      </w:tr>
      <w:tr w:rsidR="00C8266D" w14:paraId="77A6DF6D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09AFC6" w14:textId="77777777" w:rsidR="004935AE" w:rsidRDefault="00F62002">
            <w:pPr>
              <w:jc w:val="center"/>
            </w:pPr>
            <w:r>
              <w:t>10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A912DA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44F974" w14:textId="77777777" w:rsidR="004935AE" w:rsidRDefault="00F62002">
            <w:pPr>
              <w:jc w:val="center"/>
            </w:pPr>
            <w:r>
              <w:t>30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22C330" w14:textId="77777777" w:rsidR="004935AE" w:rsidRDefault="00F62002">
            <w:pPr>
              <w:jc w:val="center"/>
            </w:pPr>
            <w:r>
              <w:t>D</w:t>
            </w:r>
          </w:p>
        </w:tc>
      </w:tr>
      <w:tr w:rsidR="00C8266D" w14:paraId="451BA64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D65461" w14:textId="77777777" w:rsidR="004935AE" w:rsidRDefault="00F62002">
            <w:pPr>
              <w:jc w:val="center"/>
            </w:pPr>
            <w:r>
              <w:t>11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6FE9C6" w14:textId="77777777" w:rsidR="004935AE" w:rsidRDefault="00F62002">
            <w:pPr>
              <w:jc w:val="center"/>
            </w:pPr>
            <w: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683748" w14:textId="77777777" w:rsidR="004935AE" w:rsidRDefault="00F62002">
            <w:pPr>
              <w:jc w:val="center"/>
            </w:pPr>
            <w:r>
              <w:t>31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1DA3A5" w14:textId="77777777" w:rsidR="004935AE" w:rsidRDefault="00F62002">
            <w:pPr>
              <w:jc w:val="center"/>
            </w:pPr>
            <w:r>
              <w:t>D</w:t>
            </w:r>
          </w:p>
        </w:tc>
      </w:tr>
      <w:tr w:rsidR="00C8266D" w14:paraId="226848B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C74B4F" w14:textId="77777777" w:rsidR="004935AE" w:rsidRDefault="00F62002">
            <w:pPr>
              <w:jc w:val="center"/>
            </w:pPr>
            <w:r>
              <w:t>12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A0FB28" w14:textId="77777777" w:rsidR="004935AE" w:rsidRDefault="00F62002">
            <w:pPr>
              <w:jc w:val="center"/>
            </w:pPr>
            <w: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CFDEC3" w14:textId="77777777" w:rsidR="004935AE" w:rsidRDefault="00F62002">
            <w:pPr>
              <w:jc w:val="center"/>
            </w:pPr>
            <w:r>
              <w:t>32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A19F48" w14:textId="77777777" w:rsidR="004935AE" w:rsidRDefault="00F62002">
            <w:pPr>
              <w:jc w:val="center"/>
            </w:pPr>
            <w:r>
              <w:t>B</w:t>
            </w:r>
          </w:p>
        </w:tc>
      </w:tr>
      <w:tr w:rsidR="00C8266D" w14:paraId="6296FCE0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BACA8F" w14:textId="77777777" w:rsidR="004935AE" w:rsidRDefault="00F62002">
            <w:pPr>
              <w:jc w:val="center"/>
            </w:pPr>
            <w:r>
              <w:t>13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F99243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6CE4AA" w14:textId="77777777" w:rsidR="004935AE" w:rsidRDefault="00F62002">
            <w:pPr>
              <w:jc w:val="center"/>
            </w:pPr>
            <w:r>
              <w:t>33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8D1CD0" w14:textId="77777777" w:rsidR="004935AE" w:rsidRDefault="00F62002">
            <w:pPr>
              <w:jc w:val="center"/>
            </w:pPr>
            <w:r>
              <w:t>E</w:t>
            </w:r>
          </w:p>
        </w:tc>
      </w:tr>
      <w:tr w:rsidR="00C8266D" w14:paraId="26991FF2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7008BF" w14:textId="77777777" w:rsidR="004935AE" w:rsidRDefault="00F62002">
            <w:pPr>
              <w:jc w:val="center"/>
            </w:pPr>
            <w:r>
              <w:t>14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0C6C64" w14:textId="77777777" w:rsidR="004935AE" w:rsidRDefault="00F62002">
            <w:pPr>
              <w:jc w:val="center"/>
            </w:pPr>
            <w: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A70C78" w14:textId="77777777" w:rsidR="004935AE" w:rsidRDefault="00F62002">
            <w:pPr>
              <w:jc w:val="center"/>
            </w:pPr>
            <w:r>
              <w:t>34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96571F" w14:textId="77777777" w:rsidR="004935AE" w:rsidRDefault="00F62002">
            <w:pPr>
              <w:jc w:val="center"/>
            </w:pPr>
            <w:r>
              <w:t>A</w:t>
            </w:r>
          </w:p>
        </w:tc>
      </w:tr>
      <w:tr w:rsidR="00C8266D" w14:paraId="6F1899DA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B5F07" w14:textId="77777777" w:rsidR="004935AE" w:rsidRDefault="00F62002">
            <w:pPr>
              <w:jc w:val="center"/>
            </w:pPr>
            <w:r>
              <w:t>15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2980C3" w14:textId="77777777" w:rsidR="004935AE" w:rsidRDefault="00F62002">
            <w:pPr>
              <w:jc w:val="center"/>
            </w:pPr>
            <w: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3D7DEC" w14:textId="77777777" w:rsidR="004935AE" w:rsidRDefault="00F62002">
            <w:pPr>
              <w:jc w:val="center"/>
            </w:pPr>
            <w:r>
              <w:t>35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14B2B6" w14:textId="77777777" w:rsidR="004935AE" w:rsidRDefault="00F62002">
            <w:pPr>
              <w:jc w:val="center"/>
            </w:pPr>
            <w:r>
              <w:t>E</w:t>
            </w:r>
          </w:p>
        </w:tc>
      </w:tr>
      <w:tr w:rsidR="00C8266D" w14:paraId="4C818D56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D320B5" w14:textId="77777777" w:rsidR="004935AE" w:rsidRDefault="00F62002">
            <w:pPr>
              <w:jc w:val="center"/>
            </w:pPr>
            <w:r>
              <w:t>16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9A8882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73CB61" w14:textId="77777777" w:rsidR="004935AE" w:rsidRDefault="00F62002">
            <w:pPr>
              <w:jc w:val="center"/>
            </w:pPr>
            <w:r>
              <w:t>36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4E0E26" w14:textId="77777777" w:rsidR="004935AE" w:rsidRDefault="00F62002">
            <w:pPr>
              <w:jc w:val="center"/>
            </w:pPr>
            <w:r>
              <w:t>D</w:t>
            </w:r>
          </w:p>
        </w:tc>
      </w:tr>
      <w:tr w:rsidR="00C8266D" w14:paraId="02F8F31E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180BAA" w14:textId="77777777" w:rsidR="004935AE" w:rsidRDefault="00F62002">
            <w:pPr>
              <w:jc w:val="center"/>
            </w:pPr>
            <w:r>
              <w:t>17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84300E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464E0" w14:textId="77777777" w:rsidR="004935AE" w:rsidRDefault="00F62002">
            <w:pPr>
              <w:jc w:val="center"/>
            </w:pPr>
            <w:r>
              <w:t>37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EAC68" w14:textId="77777777" w:rsidR="004935AE" w:rsidRDefault="00F62002">
            <w:pPr>
              <w:jc w:val="center"/>
            </w:pPr>
            <w:r>
              <w:t>C</w:t>
            </w:r>
          </w:p>
        </w:tc>
      </w:tr>
      <w:tr w:rsidR="00C8266D" w14:paraId="764EDA26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937781" w14:textId="77777777" w:rsidR="004935AE" w:rsidRDefault="00F62002">
            <w:pPr>
              <w:jc w:val="center"/>
            </w:pPr>
            <w:r>
              <w:t>18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5C4CC8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FA78FC" w14:textId="77777777" w:rsidR="004935AE" w:rsidRDefault="00F62002">
            <w:pPr>
              <w:jc w:val="center"/>
            </w:pPr>
            <w:r>
              <w:t>38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003DC6" w14:textId="77777777" w:rsidR="004935AE" w:rsidRDefault="00F62002">
            <w:pPr>
              <w:jc w:val="center"/>
            </w:pPr>
            <w:r>
              <w:t>A</w:t>
            </w:r>
          </w:p>
        </w:tc>
      </w:tr>
      <w:tr w:rsidR="00C8266D" w14:paraId="4B4F7EE5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13E282" w14:textId="77777777" w:rsidR="004935AE" w:rsidRDefault="00F62002">
            <w:pPr>
              <w:jc w:val="center"/>
            </w:pPr>
            <w:r>
              <w:t>19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E5750F" w14:textId="77777777" w:rsidR="004935AE" w:rsidRDefault="00F62002">
            <w:pPr>
              <w:jc w:val="center"/>
            </w:pPr>
            <w: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C8A681" w14:textId="77777777" w:rsidR="004935AE" w:rsidRDefault="00F62002">
            <w:pPr>
              <w:jc w:val="center"/>
            </w:pPr>
            <w:r>
              <w:t>39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A865A1" w14:textId="77777777" w:rsidR="004935AE" w:rsidRDefault="00F62002">
            <w:pPr>
              <w:jc w:val="center"/>
            </w:pPr>
            <w:r>
              <w:t>E</w:t>
            </w:r>
          </w:p>
        </w:tc>
      </w:tr>
      <w:tr w:rsidR="00C8266D" w14:paraId="2A264641" w14:textId="77777777">
        <w:trPr>
          <w:trHeight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C3F3E1" w14:textId="77777777" w:rsidR="004935AE" w:rsidRDefault="00F62002">
            <w:pPr>
              <w:jc w:val="center"/>
            </w:pPr>
            <w:r>
              <w:t>20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6FCCAA" w14:textId="77777777" w:rsidR="004935AE" w:rsidRDefault="00F62002">
            <w:pPr>
              <w:jc w:val="center"/>
            </w:pPr>
            <w: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0B6C01" w14:textId="77777777" w:rsidR="004935AE" w:rsidRDefault="00F62002">
            <w:pPr>
              <w:jc w:val="center"/>
            </w:pPr>
            <w:r>
              <w:t>40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3B1876" w14:textId="77777777" w:rsidR="004935AE" w:rsidRDefault="00F62002">
            <w:pPr>
              <w:jc w:val="center"/>
            </w:pPr>
            <w:r>
              <w:t>D</w:t>
            </w:r>
          </w:p>
        </w:tc>
      </w:tr>
    </w:tbl>
    <w:p w14:paraId="1961E7DC" w14:textId="2101DD58" w:rsidR="00C8266D" w:rsidRDefault="00C8266D" w:rsidP="00115AEE">
      <w:pPr>
        <w:spacing w:before="480"/>
      </w:pPr>
    </w:p>
    <w:sectPr w:rsidR="00C8266D" w:rsidSect="00034616">
      <w:headerReference w:type="default" r:id="rId8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C850C" w14:textId="77777777" w:rsidR="00F62002" w:rsidRDefault="00F62002" w:rsidP="002B3665">
      <w:pPr>
        <w:spacing w:after="0" w:line="240" w:lineRule="auto"/>
      </w:pPr>
      <w:r>
        <w:separator/>
      </w:r>
    </w:p>
  </w:endnote>
  <w:endnote w:type="continuationSeparator" w:id="0">
    <w:p w14:paraId="4CF35BCA" w14:textId="77777777" w:rsidR="00F62002" w:rsidRDefault="00F62002" w:rsidP="002B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E6FDD" w14:textId="77777777" w:rsidR="00F62002" w:rsidRDefault="00F62002" w:rsidP="002B3665">
      <w:pPr>
        <w:spacing w:after="0" w:line="240" w:lineRule="auto"/>
      </w:pPr>
      <w:r>
        <w:separator/>
      </w:r>
    </w:p>
  </w:footnote>
  <w:footnote w:type="continuationSeparator" w:id="0">
    <w:p w14:paraId="37D6BB22" w14:textId="77777777" w:rsidR="00F62002" w:rsidRDefault="00F62002" w:rsidP="002B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F5E88" w14:textId="77777777" w:rsidR="002B3665" w:rsidRDefault="002B366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A38173" wp14:editId="0BA9F8B0">
          <wp:simplePos x="0" y="0"/>
          <wp:positionH relativeFrom="column">
            <wp:posOffset>6076950</wp:posOffset>
          </wp:positionH>
          <wp:positionV relativeFrom="paragraph">
            <wp:posOffset>-289560</wp:posOffset>
          </wp:positionV>
          <wp:extent cx="571500" cy="70929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12B63E99" wp14:editId="748C3212">
          <wp:simplePos x="0" y="0"/>
          <wp:positionH relativeFrom="column">
            <wp:posOffset>-468630</wp:posOffset>
          </wp:positionH>
          <wp:positionV relativeFrom="paragraph">
            <wp:posOffset>-358140</wp:posOffset>
          </wp:positionV>
          <wp:extent cx="1104900" cy="736600"/>
          <wp:effectExtent l="0" t="0" r="0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4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AA4E0F" w14:textId="77777777" w:rsidR="002B3665" w:rsidRDefault="002B3665">
    <w:pPr>
      <w:pStyle w:val="Cabealho"/>
    </w:pPr>
  </w:p>
  <w:p w14:paraId="0981A0AB" w14:textId="77777777" w:rsidR="002B3665" w:rsidRDefault="002B36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5AEE"/>
    <w:rsid w:val="0015074B"/>
    <w:rsid w:val="0029639D"/>
    <w:rsid w:val="002A79A3"/>
    <w:rsid w:val="002B3665"/>
    <w:rsid w:val="00326F90"/>
    <w:rsid w:val="004935AE"/>
    <w:rsid w:val="00AA1D8D"/>
    <w:rsid w:val="00B47730"/>
    <w:rsid w:val="00C8266D"/>
    <w:rsid w:val="00CB0664"/>
    <w:rsid w:val="00F6200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5518A8"/>
  <w14:defaultImageDpi w14:val="300"/>
  <w15:docId w15:val="{B8927080-5666-481E-AF33-1CE7F4D6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4</cp:revision>
  <dcterms:created xsi:type="dcterms:W3CDTF">2013-12-23T23:15:00Z</dcterms:created>
  <dcterms:modified xsi:type="dcterms:W3CDTF">2026-08-17T10:47:00Z</dcterms:modified>
  <cp:category/>
</cp:coreProperties>
</file>