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35136" w14:textId="77777777" w:rsidR="00C8266D" w:rsidRPr="00251AA2" w:rsidRDefault="002A79A3" w:rsidP="00251AA2">
      <w:pPr>
        <w:jc w:val="center"/>
        <w:rPr>
          <w:sz w:val="24"/>
          <w:szCs w:val="24"/>
        </w:rPr>
      </w:pPr>
      <w:r w:rsidRPr="00251AA2">
        <w:rPr>
          <w:b/>
          <w:sz w:val="24"/>
          <w:szCs w:val="24"/>
        </w:rPr>
        <w:t>CONCURSO PÚBLICO Nº 01/2026</w:t>
      </w:r>
    </w:p>
    <w:p w14:paraId="151F4AAE" w14:textId="77777777" w:rsidR="00C8266D" w:rsidRPr="00251AA2" w:rsidRDefault="002A79A3">
      <w:pPr>
        <w:jc w:val="center"/>
        <w:rPr>
          <w:sz w:val="24"/>
          <w:szCs w:val="24"/>
        </w:rPr>
      </w:pPr>
      <w:r w:rsidRPr="00251AA2">
        <w:rPr>
          <w:b/>
          <w:sz w:val="24"/>
          <w:szCs w:val="24"/>
        </w:rPr>
        <w:t>PREFEITURA MUNICIPAL DE SÃO VALENTIM DO SUL – RS</w:t>
      </w:r>
    </w:p>
    <w:p w14:paraId="6C80A251" w14:textId="77777777" w:rsidR="00C8266D" w:rsidRPr="00251AA2" w:rsidRDefault="002A79A3">
      <w:pPr>
        <w:spacing w:after="160"/>
        <w:jc w:val="center"/>
        <w:rPr>
          <w:sz w:val="24"/>
          <w:szCs w:val="24"/>
        </w:rPr>
      </w:pPr>
      <w:r w:rsidRPr="00251AA2">
        <w:rPr>
          <w:b/>
          <w:sz w:val="24"/>
          <w:szCs w:val="24"/>
        </w:rPr>
        <w:t>GABARITO OFICIAL PRELIMINAR</w:t>
      </w:r>
    </w:p>
    <w:p w14:paraId="1DDFE49B" w14:textId="77777777" w:rsidR="00C8266D" w:rsidRDefault="002A79A3">
      <w:pPr>
        <w:spacing w:after="440"/>
        <w:jc w:val="center"/>
      </w:pPr>
      <w:r w:rsidRPr="00251AA2">
        <w:rPr>
          <w:b/>
          <w:sz w:val="24"/>
          <w:szCs w:val="24"/>
        </w:rPr>
        <w:t>Cargo: Professor Séries Iniciais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28"/>
        <w:gridCol w:w="1928"/>
        <w:gridCol w:w="1928"/>
        <w:gridCol w:w="1928"/>
      </w:tblGrid>
      <w:tr w:rsidR="00C8266D" w14:paraId="599F8BAC" w14:textId="77777777">
        <w:trPr>
          <w:trHeight w:hRule="exact" w:val="295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3151C66E" w14:textId="77777777" w:rsidR="00C8266D" w:rsidRDefault="002A79A3">
            <w:pPr>
              <w:spacing w:after="0"/>
              <w:jc w:val="center"/>
            </w:pPr>
            <w:r>
              <w:rPr>
                <w:b/>
                <w:sz w:val="21"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293645AD" w14:textId="77777777" w:rsidR="00C8266D" w:rsidRDefault="002A79A3">
            <w:pPr>
              <w:spacing w:after="0"/>
              <w:jc w:val="center"/>
            </w:pPr>
            <w:r>
              <w:rPr>
                <w:b/>
                <w:sz w:val="21"/>
              </w:rPr>
              <w:t>Resposta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221BBDEA" w14:textId="77777777" w:rsidR="00C8266D" w:rsidRDefault="002A79A3">
            <w:pPr>
              <w:spacing w:after="0"/>
              <w:jc w:val="center"/>
            </w:pPr>
            <w:r>
              <w:rPr>
                <w:b/>
                <w:sz w:val="21"/>
              </w:rPr>
              <w:t>Questão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AF7"/>
            <w:vAlign w:val="center"/>
          </w:tcPr>
          <w:p w14:paraId="1D51791A" w14:textId="77777777" w:rsidR="00C8266D" w:rsidRDefault="002A79A3">
            <w:pPr>
              <w:spacing w:after="0"/>
              <w:jc w:val="center"/>
            </w:pPr>
            <w:r>
              <w:rPr>
                <w:b/>
                <w:sz w:val="21"/>
              </w:rPr>
              <w:t>Resposta</w:t>
            </w:r>
          </w:p>
        </w:tc>
      </w:tr>
      <w:tr w:rsidR="00C8266D" w14:paraId="68B7D14B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BE2C49" w14:textId="77777777" w:rsidR="002A7B3D" w:rsidRDefault="003851D7">
            <w:pPr>
              <w:jc w:val="center"/>
            </w:pPr>
            <w:r>
              <w:rPr>
                <w:sz w:val="21"/>
              </w:rPr>
              <w:t>01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B5CE74" w14:textId="77777777" w:rsidR="002A7B3D" w:rsidRDefault="003851D7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BDFB20" w14:textId="77777777" w:rsidR="002A7B3D" w:rsidRDefault="003851D7">
            <w:pPr>
              <w:jc w:val="center"/>
            </w:pPr>
            <w:r>
              <w:rPr>
                <w:sz w:val="21"/>
              </w:rPr>
              <w:t>21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57E34E" w14:textId="77777777" w:rsidR="002A7B3D" w:rsidRDefault="003851D7">
            <w:pPr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4F73EA61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E51FA8" w14:textId="77777777" w:rsidR="002A7B3D" w:rsidRDefault="003851D7">
            <w:pPr>
              <w:jc w:val="center"/>
            </w:pPr>
            <w:r>
              <w:rPr>
                <w:sz w:val="21"/>
              </w:rPr>
              <w:t>02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FC6212" w14:textId="77777777" w:rsidR="002A7B3D" w:rsidRDefault="003851D7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4B380F" w14:textId="77777777" w:rsidR="002A7B3D" w:rsidRDefault="003851D7">
            <w:pPr>
              <w:jc w:val="center"/>
            </w:pPr>
            <w:r>
              <w:rPr>
                <w:sz w:val="21"/>
              </w:rPr>
              <w:t>22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B28A64" w14:textId="77777777" w:rsidR="002A7B3D" w:rsidRDefault="003851D7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24B23208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F37317" w14:textId="77777777" w:rsidR="002A7B3D" w:rsidRDefault="003851D7">
            <w:pPr>
              <w:jc w:val="center"/>
            </w:pPr>
            <w:r>
              <w:rPr>
                <w:sz w:val="21"/>
              </w:rPr>
              <w:t>03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309C2" w14:textId="77777777" w:rsidR="002A7B3D" w:rsidRDefault="003851D7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EA0722" w14:textId="77777777" w:rsidR="002A7B3D" w:rsidRDefault="003851D7">
            <w:pPr>
              <w:jc w:val="center"/>
            </w:pPr>
            <w:r>
              <w:rPr>
                <w:sz w:val="21"/>
              </w:rPr>
              <w:t>23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206AE9" w14:textId="77777777" w:rsidR="002A7B3D" w:rsidRDefault="003851D7">
            <w:pPr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7164EC57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361806" w14:textId="77777777" w:rsidR="002A7B3D" w:rsidRDefault="003851D7">
            <w:pPr>
              <w:jc w:val="center"/>
            </w:pPr>
            <w:r>
              <w:rPr>
                <w:sz w:val="21"/>
              </w:rPr>
              <w:t>04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448415" w14:textId="77777777" w:rsidR="002A7B3D" w:rsidRDefault="003851D7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BF4AB" w14:textId="77777777" w:rsidR="002A7B3D" w:rsidRDefault="003851D7">
            <w:pPr>
              <w:jc w:val="center"/>
            </w:pPr>
            <w:r>
              <w:rPr>
                <w:sz w:val="21"/>
              </w:rPr>
              <w:t>24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361232" w14:textId="77777777" w:rsidR="002A7B3D" w:rsidRDefault="003851D7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5C752497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CBC043" w14:textId="77777777" w:rsidR="002A7B3D" w:rsidRDefault="003851D7">
            <w:pPr>
              <w:jc w:val="center"/>
            </w:pPr>
            <w:r>
              <w:rPr>
                <w:sz w:val="21"/>
              </w:rPr>
              <w:t>05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9BB183" w14:textId="77777777" w:rsidR="002A7B3D" w:rsidRDefault="003851D7">
            <w:pPr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F5F35C" w14:textId="77777777" w:rsidR="002A7B3D" w:rsidRDefault="003851D7">
            <w:pPr>
              <w:jc w:val="center"/>
            </w:pPr>
            <w:r>
              <w:rPr>
                <w:sz w:val="21"/>
              </w:rPr>
              <w:t>25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860B88" w14:textId="77777777" w:rsidR="002A7B3D" w:rsidRDefault="003851D7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67099D84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0999F0" w14:textId="77777777" w:rsidR="002A7B3D" w:rsidRDefault="003851D7">
            <w:pPr>
              <w:jc w:val="center"/>
            </w:pPr>
            <w:r>
              <w:rPr>
                <w:sz w:val="21"/>
              </w:rPr>
              <w:t>06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6340F0" w14:textId="77777777" w:rsidR="002A7B3D" w:rsidRDefault="003851D7">
            <w:pPr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BF0C3A" w14:textId="77777777" w:rsidR="002A7B3D" w:rsidRDefault="003851D7">
            <w:pPr>
              <w:jc w:val="center"/>
            </w:pPr>
            <w:r>
              <w:rPr>
                <w:sz w:val="21"/>
              </w:rPr>
              <w:t>26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45137F" w14:textId="77777777" w:rsidR="002A7B3D" w:rsidRDefault="003851D7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6B885079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CBB80" w14:textId="77777777" w:rsidR="002A7B3D" w:rsidRDefault="003851D7">
            <w:pPr>
              <w:jc w:val="center"/>
            </w:pPr>
            <w:r>
              <w:rPr>
                <w:sz w:val="21"/>
              </w:rPr>
              <w:t>07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E20293" w14:textId="77777777" w:rsidR="002A7B3D" w:rsidRDefault="003851D7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89C2F4" w14:textId="77777777" w:rsidR="002A7B3D" w:rsidRDefault="003851D7">
            <w:pPr>
              <w:jc w:val="center"/>
            </w:pPr>
            <w:r>
              <w:rPr>
                <w:sz w:val="21"/>
              </w:rPr>
              <w:t>27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08E6BA" w14:textId="77777777" w:rsidR="002A7B3D" w:rsidRDefault="003851D7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6CF71D17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84292A" w14:textId="77777777" w:rsidR="002A7B3D" w:rsidRDefault="003851D7">
            <w:pPr>
              <w:jc w:val="center"/>
            </w:pPr>
            <w:r>
              <w:rPr>
                <w:sz w:val="21"/>
              </w:rPr>
              <w:t>08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2C3029" w14:textId="77777777" w:rsidR="002A7B3D" w:rsidRDefault="003851D7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40710F" w14:textId="77777777" w:rsidR="002A7B3D" w:rsidRDefault="003851D7">
            <w:pPr>
              <w:jc w:val="center"/>
            </w:pPr>
            <w:r>
              <w:rPr>
                <w:sz w:val="21"/>
              </w:rPr>
              <w:t>28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3E0FF6" w14:textId="77777777" w:rsidR="002A7B3D" w:rsidRDefault="003851D7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6B979EA6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23FB8E" w14:textId="77777777" w:rsidR="002A7B3D" w:rsidRDefault="003851D7">
            <w:pPr>
              <w:jc w:val="center"/>
            </w:pPr>
            <w:r>
              <w:rPr>
                <w:sz w:val="21"/>
              </w:rPr>
              <w:t>09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766EB3" w14:textId="77777777" w:rsidR="002A7B3D" w:rsidRDefault="003851D7">
            <w:pPr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818306" w14:textId="77777777" w:rsidR="002A7B3D" w:rsidRDefault="003851D7">
            <w:pPr>
              <w:jc w:val="center"/>
            </w:pPr>
            <w:r>
              <w:rPr>
                <w:sz w:val="21"/>
              </w:rPr>
              <w:t>29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8C4749" w14:textId="77777777" w:rsidR="002A7B3D" w:rsidRDefault="003851D7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4309D3FB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AE2C0F" w14:textId="77777777" w:rsidR="002A7B3D" w:rsidRDefault="003851D7">
            <w:pPr>
              <w:jc w:val="center"/>
            </w:pPr>
            <w:r>
              <w:rPr>
                <w:sz w:val="21"/>
              </w:rPr>
              <w:t>10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DD08B3" w14:textId="77777777" w:rsidR="002A7B3D" w:rsidRDefault="003851D7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A39F48" w14:textId="77777777" w:rsidR="002A7B3D" w:rsidRDefault="003851D7">
            <w:pPr>
              <w:jc w:val="center"/>
            </w:pPr>
            <w:r>
              <w:rPr>
                <w:sz w:val="21"/>
              </w:rPr>
              <w:t>30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26859" w14:textId="77777777" w:rsidR="002A7B3D" w:rsidRDefault="003851D7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5697C4A4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16201F" w14:textId="77777777" w:rsidR="002A7B3D" w:rsidRDefault="003851D7">
            <w:pPr>
              <w:jc w:val="center"/>
            </w:pPr>
            <w:r>
              <w:rPr>
                <w:sz w:val="21"/>
              </w:rPr>
              <w:t>11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DB289E" w14:textId="77777777" w:rsidR="002A7B3D" w:rsidRDefault="003851D7">
            <w:pPr>
              <w:jc w:val="center"/>
            </w:pPr>
            <w:r>
              <w:rPr>
                <w:sz w:val="21"/>
              </w:rPr>
              <w:t>A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B209D7" w14:textId="77777777" w:rsidR="002A7B3D" w:rsidRDefault="003851D7">
            <w:pPr>
              <w:jc w:val="center"/>
            </w:pPr>
            <w:r>
              <w:rPr>
                <w:sz w:val="21"/>
              </w:rPr>
              <w:t>31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307225" w14:textId="77777777" w:rsidR="002A7B3D" w:rsidRDefault="003851D7">
            <w:pPr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06569DF3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5FA132" w14:textId="77777777" w:rsidR="002A7B3D" w:rsidRDefault="003851D7">
            <w:pPr>
              <w:jc w:val="center"/>
            </w:pPr>
            <w:r>
              <w:rPr>
                <w:sz w:val="21"/>
              </w:rPr>
              <w:t>12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B7B7EE" w14:textId="77777777" w:rsidR="002A7B3D" w:rsidRDefault="003851D7">
            <w:pPr>
              <w:jc w:val="center"/>
            </w:pPr>
            <w:r>
              <w:rPr>
                <w:sz w:val="21"/>
              </w:rPr>
              <w:t>B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180B38" w14:textId="77777777" w:rsidR="002A7B3D" w:rsidRDefault="003851D7">
            <w:pPr>
              <w:jc w:val="center"/>
            </w:pPr>
            <w:r>
              <w:rPr>
                <w:sz w:val="21"/>
              </w:rPr>
              <w:t>32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730A16" w14:textId="77777777" w:rsidR="002A7B3D" w:rsidRDefault="003851D7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46ED487F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F63058" w14:textId="77777777" w:rsidR="002A7B3D" w:rsidRDefault="003851D7">
            <w:pPr>
              <w:jc w:val="center"/>
            </w:pPr>
            <w:r>
              <w:rPr>
                <w:sz w:val="21"/>
              </w:rPr>
              <w:t>13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97B3B" w14:textId="77777777" w:rsidR="002A7B3D" w:rsidRDefault="003851D7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E9696A" w14:textId="77777777" w:rsidR="002A7B3D" w:rsidRDefault="003851D7">
            <w:pPr>
              <w:jc w:val="center"/>
            </w:pPr>
            <w:r>
              <w:rPr>
                <w:sz w:val="21"/>
              </w:rPr>
              <w:t>33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7DDF54" w14:textId="77777777" w:rsidR="002A7B3D" w:rsidRDefault="003851D7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264315C5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305B5" w14:textId="77777777" w:rsidR="002A7B3D" w:rsidRDefault="003851D7">
            <w:pPr>
              <w:jc w:val="center"/>
            </w:pPr>
            <w:r>
              <w:rPr>
                <w:sz w:val="21"/>
              </w:rPr>
              <w:t>14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FEB4DD" w14:textId="77777777" w:rsidR="002A7B3D" w:rsidRDefault="003851D7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6D6065" w14:textId="77777777" w:rsidR="002A7B3D" w:rsidRDefault="003851D7">
            <w:pPr>
              <w:jc w:val="center"/>
            </w:pPr>
            <w:r>
              <w:rPr>
                <w:sz w:val="21"/>
              </w:rPr>
              <w:t>34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17E1EC" w14:textId="77777777" w:rsidR="002A7B3D" w:rsidRDefault="003851D7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4CD6FC85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A6E3C8" w14:textId="77777777" w:rsidR="002A7B3D" w:rsidRDefault="003851D7">
            <w:pPr>
              <w:jc w:val="center"/>
            </w:pPr>
            <w:r>
              <w:rPr>
                <w:sz w:val="21"/>
              </w:rPr>
              <w:t>15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7D58DA" w14:textId="77777777" w:rsidR="002A7B3D" w:rsidRDefault="003851D7">
            <w:pPr>
              <w:jc w:val="center"/>
            </w:pPr>
            <w:r>
              <w:rPr>
                <w:sz w:val="21"/>
              </w:rPr>
              <w:t>E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C6A44D" w14:textId="77777777" w:rsidR="002A7B3D" w:rsidRDefault="003851D7">
            <w:pPr>
              <w:jc w:val="center"/>
            </w:pPr>
            <w:r>
              <w:rPr>
                <w:sz w:val="21"/>
              </w:rPr>
              <w:t>35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99D03F" w14:textId="77777777" w:rsidR="002A7B3D" w:rsidRDefault="003851D7">
            <w:pPr>
              <w:jc w:val="center"/>
            </w:pPr>
            <w:r>
              <w:rPr>
                <w:sz w:val="21"/>
              </w:rPr>
              <w:t>C</w:t>
            </w:r>
          </w:p>
        </w:tc>
      </w:tr>
      <w:tr w:rsidR="00C8266D" w14:paraId="3978EA02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A248EA" w14:textId="77777777" w:rsidR="002A7B3D" w:rsidRDefault="003851D7">
            <w:pPr>
              <w:jc w:val="center"/>
            </w:pPr>
            <w:r>
              <w:rPr>
                <w:sz w:val="21"/>
              </w:rPr>
              <w:t>16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4279A" w14:textId="77777777" w:rsidR="002A7B3D" w:rsidRDefault="003851D7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001CAF" w14:textId="77777777" w:rsidR="002A7B3D" w:rsidRDefault="003851D7">
            <w:pPr>
              <w:jc w:val="center"/>
            </w:pPr>
            <w:r>
              <w:rPr>
                <w:sz w:val="21"/>
              </w:rPr>
              <w:t>36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921F8" w14:textId="77777777" w:rsidR="002A7B3D" w:rsidRDefault="003851D7">
            <w:pPr>
              <w:jc w:val="center"/>
            </w:pPr>
            <w:r>
              <w:rPr>
                <w:sz w:val="21"/>
              </w:rPr>
              <w:t>B</w:t>
            </w:r>
          </w:p>
        </w:tc>
      </w:tr>
      <w:tr w:rsidR="00C8266D" w14:paraId="682892AE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B617DB" w14:textId="77777777" w:rsidR="002A7B3D" w:rsidRDefault="003851D7">
            <w:pPr>
              <w:jc w:val="center"/>
            </w:pPr>
            <w:r>
              <w:rPr>
                <w:sz w:val="21"/>
              </w:rPr>
              <w:t>17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BE1130" w14:textId="77777777" w:rsidR="002A7B3D" w:rsidRDefault="003851D7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A6362E" w14:textId="77777777" w:rsidR="002A7B3D" w:rsidRDefault="003851D7">
            <w:pPr>
              <w:jc w:val="center"/>
            </w:pPr>
            <w:r>
              <w:rPr>
                <w:sz w:val="21"/>
              </w:rPr>
              <w:t>37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95116" w14:textId="77777777" w:rsidR="002A7B3D" w:rsidRDefault="003851D7">
            <w:pPr>
              <w:jc w:val="center"/>
            </w:pPr>
            <w:r>
              <w:rPr>
                <w:sz w:val="21"/>
              </w:rPr>
              <w:t>D</w:t>
            </w:r>
          </w:p>
        </w:tc>
      </w:tr>
      <w:tr w:rsidR="00C8266D" w14:paraId="56031425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90074E" w14:textId="77777777" w:rsidR="002A7B3D" w:rsidRDefault="003851D7">
            <w:pPr>
              <w:jc w:val="center"/>
            </w:pPr>
            <w:r>
              <w:rPr>
                <w:sz w:val="21"/>
              </w:rPr>
              <w:t>18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754354" w14:textId="77777777" w:rsidR="002A7B3D" w:rsidRDefault="003851D7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A4E16F" w14:textId="77777777" w:rsidR="002A7B3D" w:rsidRDefault="003851D7">
            <w:pPr>
              <w:jc w:val="center"/>
            </w:pPr>
            <w:r>
              <w:rPr>
                <w:sz w:val="21"/>
              </w:rPr>
              <w:t>38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6912CD" w14:textId="77777777" w:rsidR="002A7B3D" w:rsidRDefault="003851D7">
            <w:pPr>
              <w:jc w:val="center"/>
            </w:pPr>
            <w:r>
              <w:rPr>
                <w:sz w:val="21"/>
              </w:rPr>
              <w:t>A</w:t>
            </w:r>
          </w:p>
        </w:tc>
      </w:tr>
      <w:tr w:rsidR="00C8266D" w14:paraId="01DD6E45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28A8D5" w14:textId="77777777" w:rsidR="002A7B3D" w:rsidRDefault="003851D7">
            <w:pPr>
              <w:jc w:val="center"/>
            </w:pPr>
            <w:r>
              <w:rPr>
                <w:sz w:val="21"/>
              </w:rPr>
              <w:t>19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E1C19A" w14:textId="77777777" w:rsidR="002A7B3D" w:rsidRDefault="003851D7">
            <w:pPr>
              <w:jc w:val="center"/>
            </w:pPr>
            <w:r>
              <w:rPr>
                <w:sz w:val="21"/>
              </w:rPr>
              <w:t>D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CD2310" w14:textId="77777777" w:rsidR="002A7B3D" w:rsidRDefault="003851D7">
            <w:pPr>
              <w:jc w:val="center"/>
            </w:pPr>
            <w:r>
              <w:rPr>
                <w:sz w:val="21"/>
              </w:rPr>
              <w:t>39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C6E8C9" w14:textId="77777777" w:rsidR="002A7B3D" w:rsidRDefault="003851D7">
            <w:pPr>
              <w:jc w:val="center"/>
            </w:pPr>
            <w:r>
              <w:rPr>
                <w:sz w:val="21"/>
              </w:rPr>
              <w:t>E</w:t>
            </w:r>
          </w:p>
        </w:tc>
      </w:tr>
      <w:tr w:rsidR="00C8266D" w14:paraId="2B7EC5C9" w14:textId="77777777">
        <w:trPr>
          <w:trHeight w:hRule="exact" w:val="283"/>
          <w:jc w:val="center"/>
        </w:trPr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DBFB4D" w14:textId="77777777" w:rsidR="002A7B3D" w:rsidRDefault="003851D7">
            <w:pPr>
              <w:jc w:val="center"/>
            </w:pPr>
            <w:r>
              <w:rPr>
                <w:sz w:val="21"/>
              </w:rPr>
              <w:t>20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446F39" w14:textId="77777777" w:rsidR="002A7B3D" w:rsidRDefault="003851D7">
            <w:pPr>
              <w:jc w:val="center"/>
            </w:pPr>
            <w:r>
              <w:rPr>
                <w:sz w:val="21"/>
              </w:rPr>
              <w:t>C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C6BBBAB" w14:textId="77777777" w:rsidR="002A7B3D" w:rsidRDefault="003851D7">
            <w:pPr>
              <w:jc w:val="center"/>
            </w:pPr>
            <w:r>
              <w:rPr>
                <w:sz w:val="21"/>
              </w:rPr>
              <w:t>40</w:t>
            </w:r>
          </w:p>
        </w:tc>
        <w:tc>
          <w:tcPr>
            <w:tcW w:w="19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B606C" w14:textId="77777777" w:rsidR="002A7B3D" w:rsidRDefault="003851D7">
            <w:pPr>
              <w:jc w:val="center"/>
            </w:pPr>
            <w:r>
              <w:rPr>
                <w:sz w:val="21"/>
              </w:rPr>
              <w:t>C</w:t>
            </w:r>
          </w:p>
        </w:tc>
      </w:tr>
    </w:tbl>
    <w:p w14:paraId="39766C7D" w14:textId="77777777" w:rsidR="003851D7" w:rsidRDefault="003851D7"/>
    <w:sectPr w:rsidR="003851D7" w:rsidSect="00034616">
      <w:headerReference w:type="default" r:id="rId8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02DC8" w14:textId="77777777" w:rsidR="003851D7" w:rsidRDefault="003851D7" w:rsidP="002B3665">
      <w:pPr>
        <w:spacing w:after="0" w:line="240" w:lineRule="auto"/>
      </w:pPr>
      <w:r>
        <w:separator/>
      </w:r>
    </w:p>
  </w:endnote>
  <w:endnote w:type="continuationSeparator" w:id="0">
    <w:p w14:paraId="5E6B75B4" w14:textId="77777777" w:rsidR="003851D7" w:rsidRDefault="003851D7" w:rsidP="002B3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3B100" w14:textId="77777777" w:rsidR="003851D7" w:rsidRDefault="003851D7" w:rsidP="002B3665">
      <w:pPr>
        <w:spacing w:after="0" w:line="240" w:lineRule="auto"/>
      </w:pPr>
      <w:r>
        <w:separator/>
      </w:r>
    </w:p>
  </w:footnote>
  <w:footnote w:type="continuationSeparator" w:id="0">
    <w:p w14:paraId="7DAD49DD" w14:textId="77777777" w:rsidR="003851D7" w:rsidRDefault="003851D7" w:rsidP="002B3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E021C" w14:textId="77777777" w:rsidR="002B3665" w:rsidRDefault="002B366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463E9D" wp14:editId="07DCDB0A">
          <wp:simplePos x="0" y="0"/>
          <wp:positionH relativeFrom="column">
            <wp:posOffset>6076950</wp:posOffset>
          </wp:positionH>
          <wp:positionV relativeFrom="paragraph">
            <wp:posOffset>-289560</wp:posOffset>
          </wp:positionV>
          <wp:extent cx="571500" cy="709295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3ECBC57B" wp14:editId="2A63D807">
          <wp:simplePos x="0" y="0"/>
          <wp:positionH relativeFrom="column">
            <wp:posOffset>-468630</wp:posOffset>
          </wp:positionH>
          <wp:positionV relativeFrom="paragraph">
            <wp:posOffset>-358140</wp:posOffset>
          </wp:positionV>
          <wp:extent cx="1104900" cy="736600"/>
          <wp:effectExtent l="0" t="0" r="0" b="635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0490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83A292" w14:textId="77777777" w:rsidR="002B3665" w:rsidRDefault="002B3665">
    <w:pPr>
      <w:pStyle w:val="Cabealho"/>
    </w:pPr>
  </w:p>
  <w:p w14:paraId="7C008FEE" w14:textId="77777777" w:rsidR="002B3665" w:rsidRDefault="002B36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51AA2"/>
    <w:rsid w:val="0029639D"/>
    <w:rsid w:val="002A79A3"/>
    <w:rsid w:val="002A7B3D"/>
    <w:rsid w:val="002B3665"/>
    <w:rsid w:val="00326F90"/>
    <w:rsid w:val="003851D7"/>
    <w:rsid w:val="00AA1D8D"/>
    <w:rsid w:val="00B47730"/>
    <w:rsid w:val="00C8266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4BFF46"/>
  <w14:defaultImageDpi w14:val="300"/>
  <w15:docId w15:val="{B8927080-5666-481E-AF33-1CE7F4D6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Abraão Gomes</cp:lastModifiedBy>
  <cp:revision>4</cp:revision>
  <dcterms:created xsi:type="dcterms:W3CDTF">2013-12-23T23:15:00Z</dcterms:created>
  <dcterms:modified xsi:type="dcterms:W3CDTF">2026-08-14T12:31:00Z</dcterms:modified>
  <cp:category/>
</cp:coreProperties>
</file>