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26360" w14:paraId="5E7044F1" w14:textId="77777777">
        <w:trPr>
          <w:jc w:val="center"/>
        </w:trPr>
        <w:tc>
          <w:tcPr>
            <w:tcW w:w="4986" w:type="dxa"/>
          </w:tcPr>
          <w:p w14:paraId="6C1232AF" w14:textId="5BC41A08" w:rsidR="00626360" w:rsidRDefault="00626360"/>
        </w:tc>
        <w:tc>
          <w:tcPr>
            <w:tcW w:w="4986" w:type="dxa"/>
          </w:tcPr>
          <w:p w14:paraId="112F4B81" w14:textId="5341D7F7" w:rsidR="00626360" w:rsidRDefault="00626360">
            <w:pPr>
              <w:jc w:val="right"/>
            </w:pPr>
          </w:p>
        </w:tc>
      </w:tr>
    </w:tbl>
    <w:p w14:paraId="1411AA6B" w14:textId="1118C13F" w:rsidR="00626360" w:rsidRDefault="00BF20EC">
      <w:pPr>
        <w:spacing w:after="60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86F22A1" wp14:editId="25211487">
            <wp:simplePos x="0" y="0"/>
            <wp:positionH relativeFrom="column">
              <wp:posOffset>64770</wp:posOffset>
            </wp:positionH>
            <wp:positionV relativeFrom="paragraph">
              <wp:posOffset>-636905</wp:posOffset>
            </wp:positionV>
            <wp:extent cx="601980" cy="747395"/>
            <wp:effectExtent l="0" t="0" r="762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7A78B6A" wp14:editId="7AC67D86">
            <wp:simplePos x="0" y="0"/>
            <wp:positionH relativeFrom="column">
              <wp:posOffset>5459730</wp:posOffset>
            </wp:positionH>
            <wp:positionV relativeFrom="paragraph">
              <wp:posOffset>-636905</wp:posOffset>
            </wp:positionV>
            <wp:extent cx="720000" cy="565132"/>
            <wp:effectExtent l="0" t="0" r="4445" b="6985"/>
            <wp:wrapTight wrapText="bothSides">
              <wp:wrapPolygon edited="0">
                <wp:start x="0" y="0"/>
                <wp:lineTo x="0" y="21138"/>
                <wp:lineTo x="21162" y="21138"/>
                <wp:lineTo x="2116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prof_retif_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65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087F">
        <w:rPr>
          <w:rFonts w:ascii="Arial" w:hAnsi="Arial"/>
          <w:b/>
          <w:sz w:val="32"/>
        </w:rPr>
        <w:t>CONCURSO PÚBLICO Nº 01/2026</w:t>
      </w:r>
    </w:p>
    <w:p w14:paraId="04C38EAF" w14:textId="77777777" w:rsidR="00626360" w:rsidRDefault="0032087F">
      <w:pPr>
        <w:spacing w:after="60"/>
        <w:jc w:val="center"/>
      </w:pPr>
      <w:r>
        <w:rPr>
          <w:rFonts w:ascii="Arial" w:hAnsi="Arial"/>
          <w:b/>
          <w:sz w:val="28"/>
        </w:rPr>
        <w:t>PREFEITURA MUNICIPAL DE SÃO VALENTIM DO SUL – RS</w:t>
      </w:r>
    </w:p>
    <w:p w14:paraId="5D4591CF" w14:textId="4E32A6A9" w:rsidR="00626360" w:rsidRDefault="0032087F">
      <w:pPr>
        <w:spacing w:after="60"/>
        <w:jc w:val="center"/>
      </w:pPr>
      <w:r>
        <w:rPr>
          <w:rFonts w:ascii="Arial" w:hAnsi="Arial"/>
          <w:b/>
          <w:sz w:val="32"/>
        </w:rPr>
        <w:t xml:space="preserve">GABARITO </w:t>
      </w:r>
      <w:r w:rsidR="00591F6A">
        <w:rPr>
          <w:rFonts w:ascii="Arial" w:hAnsi="Arial"/>
          <w:b/>
          <w:sz w:val="32"/>
        </w:rPr>
        <w:t>DEFINITIVO</w:t>
      </w:r>
    </w:p>
    <w:p w14:paraId="50F7A1EB" w14:textId="77777777" w:rsidR="00626360" w:rsidRDefault="0032087F">
      <w:pPr>
        <w:spacing w:after="60"/>
        <w:jc w:val="center"/>
      </w:pPr>
      <w:r>
        <w:rPr>
          <w:rFonts w:ascii="Arial" w:hAnsi="Arial"/>
          <w:b/>
          <w:sz w:val="26"/>
        </w:rPr>
        <w:t>Cargo: Professor Séries Iniciais</w:t>
      </w:r>
    </w:p>
    <w:p w14:paraId="470B878B" w14:textId="77777777" w:rsidR="00626360" w:rsidRDefault="0032087F">
      <w:pPr>
        <w:spacing w:after="160"/>
        <w:jc w:val="center"/>
      </w:pPr>
      <w:r>
        <w:rPr>
          <w:rFonts w:ascii="Arial" w:hAnsi="Arial"/>
          <w:i/>
          <w:sz w:val="20"/>
        </w:rPr>
        <w:t>Retifica-se o gabarito das questões 33 a 40 de Conhecimentos Específicos.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0"/>
        <w:gridCol w:w="2491"/>
      </w:tblGrid>
      <w:tr w:rsidR="00626360" w14:paraId="52A7E232" w14:textId="77777777">
        <w:trPr>
          <w:jc w:val="center"/>
        </w:trPr>
        <w:tc>
          <w:tcPr>
            <w:tcW w:w="2493" w:type="dxa"/>
            <w:vAlign w:val="center"/>
          </w:tcPr>
          <w:p w14:paraId="205BAACD" w14:textId="77777777" w:rsidR="00626360" w:rsidRDefault="0032087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77B44300" w14:textId="77777777" w:rsidR="00626360" w:rsidRDefault="0032087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  <w:tc>
          <w:tcPr>
            <w:tcW w:w="2493" w:type="dxa"/>
            <w:vAlign w:val="center"/>
          </w:tcPr>
          <w:p w14:paraId="597B509B" w14:textId="77777777" w:rsidR="00626360" w:rsidRDefault="0032087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6AD04304" w14:textId="77777777" w:rsidR="00626360" w:rsidRDefault="0032087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</w:tr>
      <w:tr w:rsidR="00626360" w14:paraId="69EA5E54" w14:textId="77777777">
        <w:trPr>
          <w:jc w:val="center"/>
        </w:trPr>
        <w:tc>
          <w:tcPr>
            <w:tcW w:w="2493" w:type="dxa"/>
            <w:vAlign w:val="center"/>
          </w:tcPr>
          <w:p w14:paraId="0D9D67D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2493" w:type="dxa"/>
            <w:vAlign w:val="center"/>
          </w:tcPr>
          <w:p w14:paraId="6AA4739F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41F48B8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21</w:t>
            </w:r>
          </w:p>
        </w:tc>
        <w:tc>
          <w:tcPr>
            <w:tcW w:w="2493" w:type="dxa"/>
            <w:vAlign w:val="center"/>
          </w:tcPr>
          <w:p w14:paraId="5D99A20B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626360" w14:paraId="62B5F682" w14:textId="77777777">
        <w:trPr>
          <w:jc w:val="center"/>
        </w:trPr>
        <w:tc>
          <w:tcPr>
            <w:tcW w:w="2493" w:type="dxa"/>
            <w:vAlign w:val="center"/>
          </w:tcPr>
          <w:p w14:paraId="5F31B0A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2493" w:type="dxa"/>
            <w:vAlign w:val="center"/>
          </w:tcPr>
          <w:p w14:paraId="1052E55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5734F8F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22</w:t>
            </w:r>
          </w:p>
        </w:tc>
        <w:tc>
          <w:tcPr>
            <w:tcW w:w="2493" w:type="dxa"/>
            <w:vAlign w:val="center"/>
          </w:tcPr>
          <w:p w14:paraId="263F3A8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422121FB" w14:textId="77777777">
        <w:trPr>
          <w:jc w:val="center"/>
        </w:trPr>
        <w:tc>
          <w:tcPr>
            <w:tcW w:w="2493" w:type="dxa"/>
            <w:vAlign w:val="center"/>
          </w:tcPr>
          <w:p w14:paraId="79BEB769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2493" w:type="dxa"/>
            <w:vAlign w:val="center"/>
          </w:tcPr>
          <w:p w14:paraId="248F1D59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2165AFE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23</w:t>
            </w:r>
          </w:p>
        </w:tc>
        <w:tc>
          <w:tcPr>
            <w:tcW w:w="2493" w:type="dxa"/>
            <w:vAlign w:val="center"/>
          </w:tcPr>
          <w:p w14:paraId="55192EB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626360" w14:paraId="41DAEF5E" w14:textId="77777777">
        <w:trPr>
          <w:jc w:val="center"/>
        </w:trPr>
        <w:tc>
          <w:tcPr>
            <w:tcW w:w="2493" w:type="dxa"/>
            <w:vAlign w:val="center"/>
          </w:tcPr>
          <w:p w14:paraId="0C21605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2493" w:type="dxa"/>
            <w:vAlign w:val="center"/>
          </w:tcPr>
          <w:p w14:paraId="7778DDD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72E44A5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24</w:t>
            </w:r>
          </w:p>
        </w:tc>
        <w:tc>
          <w:tcPr>
            <w:tcW w:w="2493" w:type="dxa"/>
            <w:vAlign w:val="center"/>
          </w:tcPr>
          <w:p w14:paraId="3B04CA8A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35DA3DCA" w14:textId="77777777">
        <w:trPr>
          <w:jc w:val="center"/>
        </w:trPr>
        <w:tc>
          <w:tcPr>
            <w:tcW w:w="2493" w:type="dxa"/>
            <w:vAlign w:val="center"/>
          </w:tcPr>
          <w:p w14:paraId="071DBDD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2493" w:type="dxa"/>
            <w:vAlign w:val="center"/>
          </w:tcPr>
          <w:p w14:paraId="1B07DE8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17EFE41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25</w:t>
            </w:r>
          </w:p>
        </w:tc>
        <w:tc>
          <w:tcPr>
            <w:tcW w:w="2493" w:type="dxa"/>
            <w:vAlign w:val="center"/>
          </w:tcPr>
          <w:p w14:paraId="690D148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1CCDA569" w14:textId="77777777">
        <w:trPr>
          <w:jc w:val="center"/>
        </w:trPr>
        <w:tc>
          <w:tcPr>
            <w:tcW w:w="2493" w:type="dxa"/>
            <w:vAlign w:val="center"/>
          </w:tcPr>
          <w:p w14:paraId="10813CB0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2493" w:type="dxa"/>
            <w:vAlign w:val="center"/>
          </w:tcPr>
          <w:p w14:paraId="4901D84B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66D3A37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26</w:t>
            </w:r>
          </w:p>
        </w:tc>
        <w:tc>
          <w:tcPr>
            <w:tcW w:w="2493" w:type="dxa"/>
            <w:vAlign w:val="center"/>
          </w:tcPr>
          <w:p w14:paraId="6032ED7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626360" w14:paraId="641A6F4B" w14:textId="77777777">
        <w:trPr>
          <w:jc w:val="center"/>
        </w:trPr>
        <w:tc>
          <w:tcPr>
            <w:tcW w:w="2493" w:type="dxa"/>
            <w:vAlign w:val="center"/>
          </w:tcPr>
          <w:p w14:paraId="184F6E2F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2493" w:type="dxa"/>
            <w:vAlign w:val="center"/>
          </w:tcPr>
          <w:p w14:paraId="3A42CE0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2FE6AAE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27</w:t>
            </w:r>
          </w:p>
        </w:tc>
        <w:tc>
          <w:tcPr>
            <w:tcW w:w="2493" w:type="dxa"/>
            <w:vAlign w:val="center"/>
          </w:tcPr>
          <w:p w14:paraId="3F380B6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0DBE5C3C" w14:textId="77777777">
        <w:trPr>
          <w:jc w:val="center"/>
        </w:trPr>
        <w:tc>
          <w:tcPr>
            <w:tcW w:w="2493" w:type="dxa"/>
            <w:vAlign w:val="center"/>
          </w:tcPr>
          <w:p w14:paraId="652C7A45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2493" w:type="dxa"/>
            <w:vAlign w:val="center"/>
          </w:tcPr>
          <w:p w14:paraId="765B83BA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2FD96E8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28</w:t>
            </w:r>
          </w:p>
        </w:tc>
        <w:tc>
          <w:tcPr>
            <w:tcW w:w="2493" w:type="dxa"/>
            <w:vAlign w:val="center"/>
          </w:tcPr>
          <w:p w14:paraId="437229E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35C67843" w14:textId="77777777">
        <w:trPr>
          <w:jc w:val="center"/>
        </w:trPr>
        <w:tc>
          <w:tcPr>
            <w:tcW w:w="2493" w:type="dxa"/>
            <w:vAlign w:val="center"/>
          </w:tcPr>
          <w:p w14:paraId="5AE5310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2493" w:type="dxa"/>
            <w:vAlign w:val="center"/>
          </w:tcPr>
          <w:p w14:paraId="2597B5F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482C69F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29</w:t>
            </w:r>
          </w:p>
        </w:tc>
        <w:tc>
          <w:tcPr>
            <w:tcW w:w="2493" w:type="dxa"/>
            <w:vAlign w:val="center"/>
          </w:tcPr>
          <w:p w14:paraId="6AEA337F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672CE4BB" w14:textId="77777777">
        <w:trPr>
          <w:jc w:val="center"/>
        </w:trPr>
        <w:tc>
          <w:tcPr>
            <w:tcW w:w="2493" w:type="dxa"/>
            <w:vAlign w:val="center"/>
          </w:tcPr>
          <w:p w14:paraId="1A007630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2493" w:type="dxa"/>
            <w:vAlign w:val="center"/>
          </w:tcPr>
          <w:p w14:paraId="1EC2CCBB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3234EBB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30</w:t>
            </w:r>
          </w:p>
        </w:tc>
        <w:tc>
          <w:tcPr>
            <w:tcW w:w="2493" w:type="dxa"/>
            <w:vAlign w:val="center"/>
          </w:tcPr>
          <w:p w14:paraId="3344884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626360" w14:paraId="2BE0611B" w14:textId="77777777">
        <w:trPr>
          <w:jc w:val="center"/>
        </w:trPr>
        <w:tc>
          <w:tcPr>
            <w:tcW w:w="2493" w:type="dxa"/>
            <w:vAlign w:val="center"/>
          </w:tcPr>
          <w:p w14:paraId="404FCB1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2493" w:type="dxa"/>
            <w:vAlign w:val="center"/>
          </w:tcPr>
          <w:p w14:paraId="502E7C6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22668555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31</w:t>
            </w:r>
          </w:p>
        </w:tc>
        <w:tc>
          <w:tcPr>
            <w:tcW w:w="2493" w:type="dxa"/>
            <w:vAlign w:val="center"/>
          </w:tcPr>
          <w:p w14:paraId="5215DD87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626360" w14:paraId="1BCE1437" w14:textId="77777777">
        <w:trPr>
          <w:jc w:val="center"/>
        </w:trPr>
        <w:tc>
          <w:tcPr>
            <w:tcW w:w="2493" w:type="dxa"/>
            <w:vAlign w:val="center"/>
          </w:tcPr>
          <w:p w14:paraId="59FA133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2493" w:type="dxa"/>
            <w:vAlign w:val="center"/>
          </w:tcPr>
          <w:p w14:paraId="69BFE69E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01FF19B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32</w:t>
            </w:r>
          </w:p>
        </w:tc>
        <w:tc>
          <w:tcPr>
            <w:tcW w:w="2493" w:type="dxa"/>
            <w:vAlign w:val="center"/>
          </w:tcPr>
          <w:p w14:paraId="328B0F1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626360" w14:paraId="297C6BF3" w14:textId="77777777">
        <w:trPr>
          <w:jc w:val="center"/>
        </w:trPr>
        <w:tc>
          <w:tcPr>
            <w:tcW w:w="2493" w:type="dxa"/>
            <w:vAlign w:val="center"/>
          </w:tcPr>
          <w:p w14:paraId="4BEA30F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2493" w:type="dxa"/>
            <w:vAlign w:val="center"/>
          </w:tcPr>
          <w:p w14:paraId="726522EF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2CFA154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33</w:t>
            </w:r>
          </w:p>
        </w:tc>
        <w:tc>
          <w:tcPr>
            <w:tcW w:w="2493" w:type="dxa"/>
            <w:vAlign w:val="center"/>
          </w:tcPr>
          <w:p w14:paraId="110FE2C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626360" w14:paraId="538FBA6F" w14:textId="77777777">
        <w:trPr>
          <w:jc w:val="center"/>
        </w:trPr>
        <w:tc>
          <w:tcPr>
            <w:tcW w:w="2493" w:type="dxa"/>
            <w:vAlign w:val="center"/>
          </w:tcPr>
          <w:p w14:paraId="254619D4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2493" w:type="dxa"/>
            <w:vAlign w:val="center"/>
          </w:tcPr>
          <w:p w14:paraId="0D59979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4119FAF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34</w:t>
            </w:r>
          </w:p>
        </w:tc>
        <w:tc>
          <w:tcPr>
            <w:tcW w:w="2493" w:type="dxa"/>
            <w:vAlign w:val="center"/>
          </w:tcPr>
          <w:p w14:paraId="1CBE820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2E8A3F60" w14:textId="77777777">
        <w:trPr>
          <w:jc w:val="center"/>
        </w:trPr>
        <w:tc>
          <w:tcPr>
            <w:tcW w:w="2493" w:type="dxa"/>
            <w:vAlign w:val="center"/>
          </w:tcPr>
          <w:p w14:paraId="4BF01761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2493" w:type="dxa"/>
            <w:vAlign w:val="center"/>
          </w:tcPr>
          <w:p w14:paraId="54BDC30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2493" w:type="dxa"/>
            <w:vAlign w:val="center"/>
          </w:tcPr>
          <w:p w14:paraId="0EEF8E6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35</w:t>
            </w:r>
          </w:p>
        </w:tc>
        <w:tc>
          <w:tcPr>
            <w:tcW w:w="2493" w:type="dxa"/>
            <w:vAlign w:val="center"/>
          </w:tcPr>
          <w:p w14:paraId="1736DB5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1AA76DA9" w14:textId="77777777">
        <w:trPr>
          <w:jc w:val="center"/>
        </w:trPr>
        <w:tc>
          <w:tcPr>
            <w:tcW w:w="2493" w:type="dxa"/>
            <w:vAlign w:val="center"/>
          </w:tcPr>
          <w:p w14:paraId="08AE0F6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w="2493" w:type="dxa"/>
            <w:vAlign w:val="center"/>
          </w:tcPr>
          <w:p w14:paraId="1890DD59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0888626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36</w:t>
            </w:r>
          </w:p>
        </w:tc>
        <w:tc>
          <w:tcPr>
            <w:tcW w:w="2493" w:type="dxa"/>
            <w:vAlign w:val="center"/>
          </w:tcPr>
          <w:p w14:paraId="733385F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308D10B5" w14:textId="77777777">
        <w:trPr>
          <w:jc w:val="center"/>
        </w:trPr>
        <w:tc>
          <w:tcPr>
            <w:tcW w:w="2493" w:type="dxa"/>
            <w:vAlign w:val="center"/>
          </w:tcPr>
          <w:p w14:paraId="2426BBE5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17</w:t>
            </w:r>
          </w:p>
        </w:tc>
        <w:tc>
          <w:tcPr>
            <w:tcW w:w="2493" w:type="dxa"/>
            <w:vAlign w:val="center"/>
          </w:tcPr>
          <w:p w14:paraId="7D030F50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796F6912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37</w:t>
            </w:r>
          </w:p>
        </w:tc>
        <w:tc>
          <w:tcPr>
            <w:tcW w:w="2493" w:type="dxa"/>
            <w:vAlign w:val="center"/>
          </w:tcPr>
          <w:p w14:paraId="421EBEDE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626360" w14:paraId="5753896D" w14:textId="77777777">
        <w:trPr>
          <w:jc w:val="center"/>
        </w:trPr>
        <w:tc>
          <w:tcPr>
            <w:tcW w:w="2493" w:type="dxa"/>
            <w:vAlign w:val="center"/>
          </w:tcPr>
          <w:p w14:paraId="2EC6C33A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18</w:t>
            </w:r>
          </w:p>
        </w:tc>
        <w:tc>
          <w:tcPr>
            <w:tcW w:w="2493" w:type="dxa"/>
            <w:vAlign w:val="center"/>
          </w:tcPr>
          <w:p w14:paraId="1A3C48E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15C4E484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38</w:t>
            </w:r>
          </w:p>
        </w:tc>
        <w:tc>
          <w:tcPr>
            <w:tcW w:w="2493" w:type="dxa"/>
            <w:vAlign w:val="center"/>
          </w:tcPr>
          <w:p w14:paraId="3D7F4A5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626360" w14:paraId="586E1F7C" w14:textId="77777777">
        <w:trPr>
          <w:jc w:val="center"/>
        </w:trPr>
        <w:tc>
          <w:tcPr>
            <w:tcW w:w="2493" w:type="dxa"/>
            <w:vAlign w:val="center"/>
          </w:tcPr>
          <w:p w14:paraId="3ACBFFAD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19</w:t>
            </w:r>
          </w:p>
        </w:tc>
        <w:tc>
          <w:tcPr>
            <w:tcW w:w="2493" w:type="dxa"/>
            <w:vAlign w:val="center"/>
          </w:tcPr>
          <w:p w14:paraId="3F1C6AF6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40403469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39</w:t>
            </w:r>
          </w:p>
        </w:tc>
        <w:tc>
          <w:tcPr>
            <w:tcW w:w="2493" w:type="dxa"/>
            <w:vAlign w:val="center"/>
          </w:tcPr>
          <w:p w14:paraId="7A27803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626360" w14:paraId="4B14B5EA" w14:textId="77777777">
        <w:trPr>
          <w:jc w:val="center"/>
        </w:trPr>
        <w:tc>
          <w:tcPr>
            <w:tcW w:w="2493" w:type="dxa"/>
            <w:vAlign w:val="center"/>
          </w:tcPr>
          <w:p w14:paraId="13BAB4BC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2493" w:type="dxa"/>
            <w:vAlign w:val="center"/>
          </w:tcPr>
          <w:p w14:paraId="7CB45E38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2E8F86F3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40</w:t>
            </w:r>
          </w:p>
        </w:tc>
        <w:tc>
          <w:tcPr>
            <w:tcW w:w="2493" w:type="dxa"/>
            <w:vAlign w:val="center"/>
          </w:tcPr>
          <w:p w14:paraId="5338F4D0" w14:textId="77777777" w:rsidR="00626360" w:rsidRDefault="0032087F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</w:tbl>
    <w:p w14:paraId="7493B07D" w14:textId="77777777" w:rsidR="0032087F" w:rsidRDefault="0032087F"/>
    <w:sectPr w:rsidR="0032087F" w:rsidSect="00034616">
      <w:footerReference w:type="default" r:id="rId10"/>
      <w:pgSz w:w="12240" w:h="15840"/>
      <w:pgMar w:top="79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18500" w14:textId="77777777" w:rsidR="00630FE3" w:rsidRDefault="00630FE3">
      <w:pPr>
        <w:spacing w:after="0" w:line="240" w:lineRule="auto"/>
      </w:pPr>
      <w:r>
        <w:separator/>
      </w:r>
    </w:p>
  </w:endnote>
  <w:endnote w:type="continuationSeparator" w:id="0">
    <w:p w14:paraId="06FE245A" w14:textId="77777777" w:rsidR="00630FE3" w:rsidRDefault="0063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FD33" w14:textId="77777777" w:rsidR="00626360" w:rsidRDefault="0032087F">
    <w:pPr>
      <w:pStyle w:val="Rodap"/>
      <w:jc w:val="center"/>
    </w:pPr>
    <w:r>
      <w:rPr>
        <w:rFonts w:ascii="Arial" w:hAnsi="Arial"/>
        <w:sz w:val="16"/>
      </w:rPr>
      <w:t>Concurso Público nº 01/2026 – Prefeitura Municipal de São Valentim do Sul/RS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9B7CA" w14:textId="77777777" w:rsidR="00630FE3" w:rsidRDefault="00630FE3">
      <w:pPr>
        <w:spacing w:after="0" w:line="240" w:lineRule="auto"/>
      </w:pPr>
      <w:r>
        <w:separator/>
      </w:r>
    </w:p>
  </w:footnote>
  <w:footnote w:type="continuationSeparator" w:id="0">
    <w:p w14:paraId="50EEE27F" w14:textId="77777777" w:rsidR="00630FE3" w:rsidRDefault="0063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087F"/>
    <w:rsid w:val="00326F90"/>
    <w:rsid w:val="00591F6A"/>
    <w:rsid w:val="00626360"/>
    <w:rsid w:val="00630FE3"/>
    <w:rsid w:val="00AA1D8D"/>
    <w:rsid w:val="00B47730"/>
    <w:rsid w:val="00BF20E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63C6F"/>
  <w14:defaultImageDpi w14:val="300"/>
  <w15:docId w15:val="{ADC3CE64-92AC-4F92-9906-471BAC39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2026-08-26T02:34:00Z</dcterms:created>
  <dcterms:modified xsi:type="dcterms:W3CDTF">2026-08-26T02:34:00Z</dcterms:modified>
  <cp:category/>
</cp:coreProperties>
</file>