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7B2890" w14:paraId="756A0508" w14:textId="77777777">
        <w:trPr>
          <w:jc w:val="center"/>
        </w:trPr>
        <w:tc>
          <w:tcPr>
            <w:tcW w:w="4986" w:type="dxa"/>
          </w:tcPr>
          <w:p w14:paraId="5E1582D9" w14:textId="77777777" w:rsidR="007B2890" w:rsidRDefault="00DC33A4">
            <w:r>
              <w:rPr>
                <w:noProof/>
              </w:rPr>
              <w:drawing>
                <wp:inline distT="0" distB="0" distL="0" distR="0" wp14:anchorId="3C8F4442" wp14:editId="5F3A73FD">
                  <wp:extent cx="792000" cy="77740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motorista_img_0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77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7A499F1D" w14:textId="77777777" w:rsidR="007B2890" w:rsidRDefault="00DC33A4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0808CD8" wp14:editId="3EA835CD">
                  <wp:extent cx="792000" cy="62164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motorista_img_1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62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FFA84" w14:textId="77777777" w:rsidR="007B2890" w:rsidRDefault="00DC33A4">
      <w:pPr>
        <w:spacing w:after="80"/>
        <w:jc w:val="center"/>
      </w:pPr>
      <w:r>
        <w:rPr>
          <w:rFonts w:ascii="Arial" w:hAnsi="Arial"/>
          <w:b/>
          <w:sz w:val="32"/>
        </w:rPr>
        <w:t>CONCURSO PÚBLICO Nº 01/2026</w:t>
      </w:r>
    </w:p>
    <w:p w14:paraId="3A4A8879" w14:textId="77777777" w:rsidR="007B2890" w:rsidRDefault="00DC33A4">
      <w:pPr>
        <w:spacing w:after="80"/>
        <w:jc w:val="center"/>
      </w:pPr>
      <w:r>
        <w:rPr>
          <w:rFonts w:ascii="Arial" w:hAnsi="Arial"/>
          <w:b/>
          <w:sz w:val="28"/>
        </w:rPr>
        <w:t>PREFEITURA MUNICIPAL DE SÃO VALENTIM DO SUL – RS</w:t>
      </w:r>
    </w:p>
    <w:p w14:paraId="586260CC" w14:textId="1708F6F3" w:rsidR="007B2890" w:rsidRDefault="00DC33A4">
      <w:pPr>
        <w:spacing w:after="80"/>
        <w:jc w:val="center"/>
      </w:pPr>
      <w:r>
        <w:rPr>
          <w:rFonts w:ascii="Arial" w:hAnsi="Arial"/>
          <w:b/>
          <w:sz w:val="32"/>
        </w:rPr>
        <w:t xml:space="preserve">GABARITO </w:t>
      </w:r>
      <w:r w:rsidR="00445A61">
        <w:rPr>
          <w:rFonts w:ascii="Arial" w:hAnsi="Arial"/>
          <w:b/>
          <w:sz w:val="32"/>
        </w:rPr>
        <w:t>DEFINITIVO</w:t>
      </w:r>
    </w:p>
    <w:p w14:paraId="51285FF4" w14:textId="77777777" w:rsidR="007B2890" w:rsidRDefault="00DC33A4">
      <w:pPr>
        <w:spacing w:after="80"/>
        <w:jc w:val="center"/>
      </w:pPr>
      <w:r>
        <w:rPr>
          <w:rFonts w:ascii="Arial" w:hAnsi="Arial"/>
          <w:b/>
          <w:sz w:val="26"/>
        </w:rPr>
        <w:t>Cargo: Motorista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7B2890" w14:paraId="6C4280FD" w14:textId="77777777">
        <w:trPr>
          <w:jc w:val="center"/>
        </w:trPr>
        <w:tc>
          <w:tcPr>
            <w:tcW w:w="1928" w:type="dxa"/>
            <w:vAlign w:val="center"/>
          </w:tcPr>
          <w:p w14:paraId="14F5F86C" w14:textId="77777777" w:rsidR="007B2890" w:rsidRDefault="00DC33A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1928" w:type="dxa"/>
            <w:vAlign w:val="center"/>
          </w:tcPr>
          <w:p w14:paraId="3B480679" w14:textId="77777777" w:rsidR="007B2890" w:rsidRDefault="00DC33A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  <w:tc>
          <w:tcPr>
            <w:tcW w:w="1928" w:type="dxa"/>
            <w:vAlign w:val="center"/>
          </w:tcPr>
          <w:p w14:paraId="552D357C" w14:textId="77777777" w:rsidR="007B2890" w:rsidRDefault="00DC33A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Questão</w:t>
            </w:r>
          </w:p>
        </w:tc>
        <w:tc>
          <w:tcPr>
            <w:tcW w:w="1928" w:type="dxa"/>
            <w:vAlign w:val="center"/>
          </w:tcPr>
          <w:p w14:paraId="4269B49B" w14:textId="77777777" w:rsidR="007B2890" w:rsidRDefault="00DC33A4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Resposta</w:t>
            </w:r>
          </w:p>
        </w:tc>
      </w:tr>
      <w:tr w:rsidR="007B2890" w14:paraId="1617EF26" w14:textId="77777777">
        <w:trPr>
          <w:jc w:val="center"/>
        </w:trPr>
        <w:tc>
          <w:tcPr>
            <w:tcW w:w="1928" w:type="dxa"/>
            <w:vAlign w:val="center"/>
          </w:tcPr>
          <w:p w14:paraId="4E5B4C37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928" w:type="dxa"/>
            <w:vAlign w:val="center"/>
          </w:tcPr>
          <w:p w14:paraId="1F87BFCF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1928" w:type="dxa"/>
            <w:vAlign w:val="center"/>
          </w:tcPr>
          <w:p w14:paraId="35D63C45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1928" w:type="dxa"/>
            <w:vAlign w:val="center"/>
          </w:tcPr>
          <w:p w14:paraId="76D2F542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  <w:tr w:rsidR="007B2890" w14:paraId="6E2DB6A5" w14:textId="77777777">
        <w:trPr>
          <w:jc w:val="center"/>
        </w:trPr>
        <w:tc>
          <w:tcPr>
            <w:tcW w:w="1928" w:type="dxa"/>
            <w:vAlign w:val="center"/>
          </w:tcPr>
          <w:p w14:paraId="2F3E362F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928" w:type="dxa"/>
            <w:vAlign w:val="center"/>
          </w:tcPr>
          <w:p w14:paraId="00B17774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1928" w:type="dxa"/>
            <w:vAlign w:val="center"/>
          </w:tcPr>
          <w:p w14:paraId="33405078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928" w:type="dxa"/>
            <w:vAlign w:val="center"/>
          </w:tcPr>
          <w:p w14:paraId="455BCF55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B2890" w14:paraId="4F78C6A4" w14:textId="77777777">
        <w:trPr>
          <w:jc w:val="center"/>
        </w:trPr>
        <w:tc>
          <w:tcPr>
            <w:tcW w:w="1928" w:type="dxa"/>
            <w:vAlign w:val="center"/>
          </w:tcPr>
          <w:p w14:paraId="6AC4DA77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928" w:type="dxa"/>
            <w:vAlign w:val="center"/>
          </w:tcPr>
          <w:p w14:paraId="1CFDF142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1928" w:type="dxa"/>
            <w:vAlign w:val="center"/>
          </w:tcPr>
          <w:p w14:paraId="551D255A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928" w:type="dxa"/>
            <w:vAlign w:val="center"/>
          </w:tcPr>
          <w:p w14:paraId="5A2EC642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B2890" w14:paraId="26501200" w14:textId="77777777">
        <w:trPr>
          <w:jc w:val="center"/>
        </w:trPr>
        <w:tc>
          <w:tcPr>
            <w:tcW w:w="1928" w:type="dxa"/>
            <w:vAlign w:val="center"/>
          </w:tcPr>
          <w:p w14:paraId="6769544C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928" w:type="dxa"/>
            <w:vAlign w:val="center"/>
          </w:tcPr>
          <w:p w14:paraId="4ED3D5D4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1928" w:type="dxa"/>
            <w:vAlign w:val="center"/>
          </w:tcPr>
          <w:p w14:paraId="2FBF0746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928" w:type="dxa"/>
            <w:vAlign w:val="center"/>
          </w:tcPr>
          <w:p w14:paraId="4E86D96D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7B2890" w14:paraId="3D227EA1" w14:textId="77777777">
        <w:trPr>
          <w:jc w:val="center"/>
        </w:trPr>
        <w:tc>
          <w:tcPr>
            <w:tcW w:w="1928" w:type="dxa"/>
            <w:vAlign w:val="center"/>
          </w:tcPr>
          <w:p w14:paraId="68CF56F3" w14:textId="485D3CFF" w:rsidR="007B2890" w:rsidRPr="00445A61" w:rsidRDefault="00DC33A4">
            <w:pPr>
              <w:jc w:val="center"/>
              <w:rPr>
                <w:b/>
                <w:bCs/>
              </w:rPr>
            </w:pPr>
            <w:r w:rsidRPr="00445A61">
              <w:rPr>
                <w:rFonts w:ascii="Arial" w:hAnsi="Arial"/>
                <w:b/>
                <w:bCs/>
                <w:color w:val="FF0000"/>
                <w:sz w:val="20"/>
              </w:rPr>
              <w:t>05</w:t>
            </w:r>
            <w:r w:rsidR="00445A61" w:rsidRPr="00445A61">
              <w:rPr>
                <w:rFonts w:ascii="Arial" w:hAnsi="Arial"/>
                <w:b/>
                <w:bCs/>
                <w:color w:val="FF0000"/>
                <w:sz w:val="20"/>
              </w:rPr>
              <w:t xml:space="preserve"> - ANULADA</w:t>
            </w:r>
          </w:p>
        </w:tc>
        <w:tc>
          <w:tcPr>
            <w:tcW w:w="1928" w:type="dxa"/>
            <w:vAlign w:val="center"/>
          </w:tcPr>
          <w:p w14:paraId="75479705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1928" w:type="dxa"/>
            <w:vAlign w:val="center"/>
          </w:tcPr>
          <w:p w14:paraId="5679867D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1928" w:type="dxa"/>
            <w:vAlign w:val="center"/>
          </w:tcPr>
          <w:p w14:paraId="0F294400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7B2890" w14:paraId="491DCEB1" w14:textId="77777777">
        <w:trPr>
          <w:jc w:val="center"/>
        </w:trPr>
        <w:tc>
          <w:tcPr>
            <w:tcW w:w="1928" w:type="dxa"/>
            <w:vAlign w:val="center"/>
          </w:tcPr>
          <w:p w14:paraId="6F60BD07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1928" w:type="dxa"/>
            <w:vAlign w:val="center"/>
          </w:tcPr>
          <w:p w14:paraId="6D40ADE0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1928" w:type="dxa"/>
            <w:vAlign w:val="center"/>
          </w:tcPr>
          <w:p w14:paraId="655B5FC9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16</w:t>
            </w:r>
          </w:p>
        </w:tc>
        <w:tc>
          <w:tcPr>
            <w:tcW w:w="1928" w:type="dxa"/>
            <w:vAlign w:val="center"/>
          </w:tcPr>
          <w:p w14:paraId="7D769422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</w:tr>
      <w:tr w:rsidR="007B2890" w14:paraId="2DDBA162" w14:textId="77777777">
        <w:trPr>
          <w:jc w:val="center"/>
        </w:trPr>
        <w:tc>
          <w:tcPr>
            <w:tcW w:w="1928" w:type="dxa"/>
            <w:vAlign w:val="center"/>
          </w:tcPr>
          <w:p w14:paraId="178F3D56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1928" w:type="dxa"/>
            <w:vAlign w:val="center"/>
          </w:tcPr>
          <w:p w14:paraId="6D30C855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1928" w:type="dxa"/>
            <w:vAlign w:val="center"/>
          </w:tcPr>
          <w:p w14:paraId="038258A6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17</w:t>
            </w:r>
          </w:p>
        </w:tc>
        <w:tc>
          <w:tcPr>
            <w:tcW w:w="1928" w:type="dxa"/>
            <w:vAlign w:val="center"/>
          </w:tcPr>
          <w:p w14:paraId="3A8F7DD8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</w:tr>
      <w:tr w:rsidR="007B2890" w14:paraId="173E920D" w14:textId="77777777">
        <w:trPr>
          <w:jc w:val="center"/>
        </w:trPr>
        <w:tc>
          <w:tcPr>
            <w:tcW w:w="1928" w:type="dxa"/>
            <w:vAlign w:val="center"/>
          </w:tcPr>
          <w:p w14:paraId="5DCB053E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1928" w:type="dxa"/>
            <w:vAlign w:val="center"/>
          </w:tcPr>
          <w:p w14:paraId="5094F0CB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1928" w:type="dxa"/>
            <w:vAlign w:val="center"/>
          </w:tcPr>
          <w:p w14:paraId="7CE66A58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18</w:t>
            </w:r>
          </w:p>
        </w:tc>
        <w:tc>
          <w:tcPr>
            <w:tcW w:w="1928" w:type="dxa"/>
            <w:vAlign w:val="center"/>
          </w:tcPr>
          <w:p w14:paraId="2E8AA090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</w:tr>
      <w:tr w:rsidR="007B2890" w14:paraId="0CF1CA40" w14:textId="77777777">
        <w:trPr>
          <w:jc w:val="center"/>
        </w:trPr>
        <w:tc>
          <w:tcPr>
            <w:tcW w:w="1928" w:type="dxa"/>
            <w:vAlign w:val="center"/>
          </w:tcPr>
          <w:p w14:paraId="5675B91D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09</w:t>
            </w:r>
          </w:p>
        </w:tc>
        <w:tc>
          <w:tcPr>
            <w:tcW w:w="1928" w:type="dxa"/>
            <w:vAlign w:val="center"/>
          </w:tcPr>
          <w:p w14:paraId="7D4B76CE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1928" w:type="dxa"/>
            <w:vAlign w:val="center"/>
          </w:tcPr>
          <w:p w14:paraId="5319C4E8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19</w:t>
            </w:r>
          </w:p>
        </w:tc>
        <w:tc>
          <w:tcPr>
            <w:tcW w:w="1928" w:type="dxa"/>
            <w:vAlign w:val="center"/>
          </w:tcPr>
          <w:p w14:paraId="1EA3CCBA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</w:tr>
      <w:tr w:rsidR="007B2890" w14:paraId="04D0B24E" w14:textId="77777777">
        <w:trPr>
          <w:jc w:val="center"/>
        </w:trPr>
        <w:tc>
          <w:tcPr>
            <w:tcW w:w="1928" w:type="dxa"/>
            <w:vAlign w:val="center"/>
          </w:tcPr>
          <w:p w14:paraId="32E8A216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928" w:type="dxa"/>
            <w:vAlign w:val="center"/>
          </w:tcPr>
          <w:p w14:paraId="219EFF9C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1928" w:type="dxa"/>
            <w:vAlign w:val="center"/>
          </w:tcPr>
          <w:p w14:paraId="6BC0C070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1928" w:type="dxa"/>
            <w:vAlign w:val="center"/>
          </w:tcPr>
          <w:p w14:paraId="5CA36E70" w14:textId="77777777" w:rsidR="007B2890" w:rsidRDefault="00DC33A4">
            <w:pPr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</w:tr>
    </w:tbl>
    <w:p w14:paraId="5555183A" w14:textId="77777777" w:rsidR="00DC33A4" w:rsidRDefault="00DC33A4"/>
    <w:sectPr w:rsidR="00DC33A4" w:rsidSect="00034616">
      <w:pgSz w:w="12240" w:h="15840"/>
      <w:pgMar w:top="794" w:right="113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5A61"/>
    <w:rsid w:val="007B2890"/>
    <w:rsid w:val="00AA1D8D"/>
    <w:rsid w:val="00B47730"/>
    <w:rsid w:val="00CB0664"/>
    <w:rsid w:val="00DC33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EB707"/>
  <w14:defaultImageDpi w14:val="300"/>
  <w15:docId w15:val="{B536C7E0-7778-4DB5-BFAE-78D9C5F9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2026-08-26T02:29:00Z</dcterms:created>
  <dcterms:modified xsi:type="dcterms:W3CDTF">2026-08-26T02:29:00Z</dcterms:modified>
  <cp:category/>
</cp:coreProperties>
</file>